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E0B849" w14:textId="3A32B790" w:rsidR="00160FA2" w:rsidRDefault="00160FA2">
      <w:pPr>
        <w:jc w:val="center"/>
        <w:rPr>
          <w:rFonts w:ascii="Times New Roman" w:hAnsi="Times New Roman" w:cs="Times New Roman"/>
          <w:b/>
          <w:sz w:val="30"/>
        </w:rPr>
      </w:pPr>
      <w:r>
        <w:rPr>
          <w:rFonts w:ascii="Times New Roman" w:hAnsi="Times New Roman" w:cs="Times New Roman"/>
          <w:b/>
          <w:noProof/>
          <w:sz w:val="30"/>
          <w:lang w:val="en-IN" w:eastAsia="en-IN" w:bidi="hi-IN"/>
        </w:rPr>
        <w:drawing>
          <wp:inline distT="0" distB="0" distL="0" distR="0" wp14:anchorId="46B8E661" wp14:editId="1BCD3F36">
            <wp:extent cx="851688" cy="847886"/>
            <wp:effectExtent l="0" t="0" r="571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OP-Logo.jpg"/>
                    <pic:cNvPicPr/>
                  </pic:nvPicPr>
                  <pic:blipFill>
                    <a:blip r:embed="rId8">
                      <a:extLst>
                        <a:ext uri="{28A0092B-C50C-407E-A947-70E740481C1C}">
                          <a14:useLocalDpi xmlns:a14="http://schemas.microsoft.com/office/drawing/2010/main" val="0"/>
                        </a:ext>
                      </a:extLst>
                    </a:blip>
                    <a:stretch>
                      <a:fillRect/>
                    </a:stretch>
                  </pic:blipFill>
                  <pic:spPr>
                    <a:xfrm>
                      <a:off x="0" y="0"/>
                      <a:ext cx="891336" cy="887357"/>
                    </a:xfrm>
                    <a:prstGeom prst="rect">
                      <a:avLst/>
                    </a:prstGeom>
                  </pic:spPr>
                </pic:pic>
              </a:graphicData>
            </a:graphic>
          </wp:inline>
        </w:drawing>
      </w:r>
    </w:p>
    <w:p w14:paraId="51BA708D" w14:textId="77777777" w:rsidR="00EF48F9" w:rsidRPr="00160FA2" w:rsidRDefault="00311748">
      <w:pPr>
        <w:jc w:val="center"/>
        <w:rPr>
          <w:rFonts w:ascii="Times New Roman" w:hAnsi="Times New Roman" w:cs="Times New Roman"/>
        </w:rPr>
      </w:pPr>
      <w:r w:rsidRPr="00160FA2">
        <w:rPr>
          <w:rFonts w:ascii="Times New Roman" w:hAnsi="Times New Roman" w:cs="Times New Roman"/>
          <w:b/>
          <w:sz w:val="30"/>
        </w:rPr>
        <w:t>INSTITUTE OF PHYSICS, BHUBANESWAR</w:t>
      </w:r>
    </w:p>
    <w:p w14:paraId="787CA36A" w14:textId="77777777" w:rsidR="00EF48F9" w:rsidRPr="00160FA2" w:rsidRDefault="00311748">
      <w:pPr>
        <w:jc w:val="center"/>
        <w:rPr>
          <w:rFonts w:ascii="Times New Roman" w:hAnsi="Times New Roman" w:cs="Times New Roman"/>
        </w:rPr>
      </w:pPr>
      <w:r w:rsidRPr="00160FA2">
        <w:rPr>
          <w:rFonts w:ascii="Times New Roman" w:hAnsi="Times New Roman" w:cs="Times New Roman"/>
          <w:i/>
          <w:sz w:val="17"/>
        </w:rPr>
        <w:t>(An Autonomous Research Institute of the Department of Atomic Energy, Government of India)</w:t>
      </w:r>
    </w:p>
    <w:p w14:paraId="609623AD" w14:textId="77777777" w:rsidR="00EF48F9" w:rsidRPr="00160FA2" w:rsidRDefault="00311748">
      <w:pPr>
        <w:jc w:val="center"/>
        <w:rPr>
          <w:rFonts w:ascii="Times New Roman" w:hAnsi="Times New Roman" w:cs="Times New Roman"/>
        </w:rPr>
      </w:pPr>
      <w:r w:rsidRPr="00160FA2">
        <w:rPr>
          <w:rFonts w:ascii="Times New Roman" w:hAnsi="Times New Roman" w:cs="Times New Roman"/>
          <w:sz w:val="17"/>
        </w:rPr>
        <w:t>P.O. Sainik School, Bhubaneswar - 751005, Odisha</w:t>
      </w:r>
      <w:r w:rsidRPr="00160FA2">
        <w:rPr>
          <w:rFonts w:ascii="Times New Roman" w:hAnsi="Times New Roman" w:cs="Times New Roman"/>
          <w:sz w:val="17"/>
        </w:rPr>
        <w:br/>
        <w:t>Website: www.iopb.res.in</w:t>
      </w:r>
    </w:p>
    <w:p w14:paraId="7AE37B96" w14:textId="5DBB921A" w:rsidR="00EF48F9" w:rsidRPr="00160FA2" w:rsidRDefault="00311748">
      <w:pPr>
        <w:jc w:val="center"/>
        <w:rPr>
          <w:rFonts w:ascii="Times New Roman" w:hAnsi="Times New Roman" w:cs="Times New Roman"/>
        </w:rPr>
      </w:pPr>
      <w:r w:rsidRPr="00160FA2">
        <w:rPr>
          <w:rFonts w:ascii="Times New Roman" w:hAnsi="Times New Roman" w:cs="Times New Roman"/>
          <w:b/>
          <w:sz w:val="24"/>
        </w:rPr>
        <w:t>APPLICATION FORM FOR THE POST OF T</w:t>
      </w:r>
      <w:r w:rsidR="002C1BAB">
        <w:rPr>
          <w:rFonts w:ascii="Times New Roman" w:hAnsi="Times New Roman" w:cs="Times New Roman"/>
          <w:b/>
          <w:sz w:val="24"/>
        </w:rPr>
        <w:t>RADESMAN - A</w:t>
      </w:r>
      <w:bookmarkStart w:id="0" w:name="_GoBack"/>
      <w:bookmarkEnd w:id="0"/>
    </w:p>
    <w:p w14:paraId="04091E3C" w14:textId="10F34328" w:rsidR="00EF48F9" w:rsidRPr="00160FA2" w:rsidRDefault="00311748" w:rsidP="00A131A0">
      <w:pPr>
        <w:spacing w:after="0" w:line="240" w:lineRule="auto"/>
        <w:jc w:val="center"/>
        <w:rPr>
          <w:rFonts w:ascii="Times New Roman" w:hAnsi="Times New Roman" w:cs="Times New Roman"/>
        </w:rPr>
      </w:pPr>
      <w:r w:rsidRPr="00160FA2">
        <w:rPr>
          <w:rFonts w:ascii="Times New Roman" w:hAnsi="Times New Roman" w:cs="Times New Roman"/>
          <w:b/>
        </w:rPr>
        <w:t>Advertisement No. IOP/Recruit/</w:t>
      </w:r>
      <w:r w:rsidR="00160FA2">
        <w:rPr>
          <w:rFonts w:ascii="Times New Roman" w:hAnsi="Times New Roman" w:cs="Times New Roman"/>
          <w:b/>
        </w:rPr>
        <w:t>0</w:t>
      </w:r>
      <w:r w:rsidR="002326B4">
        <w:rPr>
          <w:rFonts w:ascii="Times New Roman" w:hAnsi="Times New Roman" w:cs="Times New Roman"/>
          <w:b/>
        </w:rPr>
        <w:t>9</w:t>
      </w:r>
      <w:r w:rsidRPr="00160FA2">
        <w:rPr>
          <w:rFonts w:ascii="Times New Roman" w:hAnsi="Times New Roman" w:cs="Times New Roman"/>
          <w:b/>
        </w:rPr>
        <w:t xml:space="preserve">/2026 dated </w:t>
      </w:r>
      <w:r w:rsidR="00160FA2">
        <w:rPr>
          <w:rFonts w:ascii="Times New Roman" w:hAnsi="Times New Roman" w:cs="Times New Roman"/>
          <w:b/>
        </w:rPr>
        <w:t>30</w:t>
      </w:r>
      <w:r w:rsidRPr="00160FA2">
        <w:rPr>
          <w:rFonts w:ascii="Times New Roman" w:hAnsi="Times New Roman" w:cs="Times New Roman"/>
          <w:b/>
        </w:rPr>
        <w:t>/</w:t>
      </w:r>
      <w:r w:rsidR="00160FA2">
        <w:rPr>
          <w:rFonts w:ascii="Times New Roman" w:hAnsi="Times New Roman" w:cs="Times New Roman"/>
          <w:b/>
        </w:rPr>
        <w:t>09</w:t>
      </w:r>
      <w:r w:rsidRPr="00160FA2">
        <w:rPr>
          <w:rFonts w:ascii="Times New Roman" w:hAnsi="Times New Roman" w:cs="Times New Roman"/>
          <w:b/>
        </w:rPr>
        <w:t>/2026</w:t>
      </w:r>
    </w:p>
    <w:p w14:paraId="6CD9971F" w14:textId="77777777" w:rsidR="00EF48F9" w:rsidRPr="00160FA2" w:rsidRDefault="00311748" w:rsidP="00A131A0">
      <w:pPr>
        <w:spacing w:after="0" w:line="240" w:lineRule="auto"/>
        <w:jc w:val="center"/>
        <w:rPr>
          <w:rFonts w:ascii="Times New Roman" w:hAnsi="Times New Roman" w:cs="Times New Roman"/>
        </w:rPr>
      </w:pPr>
      <w:r w:rsidRPr="00160FA2">
        <w:rPr>
          <w:rFonts w:ascii="Times New Roman" w:hAnsi="Times New Roman" w:cs="Times New Roman"/>
          <w:b/>
          <w:sz w:val="21"/>
        </w:rPr>
        <w:t>POST APPLIED FOR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1530"/>
        <w:gridCol w:w="4410"/>
        <w:gridCol w:w="1620"/>
      </w:tblGrid>
      <w:tr w:rsidR="00EF48F9" w:rsidRPr="00160FA2" w14:paraId="62F24CE3" w14:textId="77777777" w:rsidTr="00160FA2">
        <w:trPr>
          <w:jc w:val="center"/>
        </w:trPr>
        <w:tc>
          <w:tcPr>
            <w:tcW w:w="985" w:type="dxa"/>
            <w:shd w:val="clear" w:color="auto" w:fill="D9E1F2"/>
            <w:vAlign w:val="center"/>
          </w:tcPr>
          <w:p w14:paraId="72876A5B" w14:textId="77777777" w:rsidR="00EF48F9" w:rsidRPr="00160FA2" w:rsidRDefault="00311748" w:rsidP="00A131A0">
            <w:pPr>
              <w:spacing w:after="0"/>
              <w:jc w:val="center"/>
              <w:rPr>
                <w:rFonts w:ascii="Times New Roman" w:hAnsi="Times New Roman" w:cs="Times New Roman"/>
                <w:sz w:val="24"/>
                <w:szCs w:val="24"/>
              </w:rPr>
            </w:pPr>
            <w:r w:rsidRPr="00160FA2">
              <w:rPr>
                <w:rFonts w:ascii="Times New Roman" w:hAnsi="Times New Roman" w:cs="Times New Roman"/>
                <w:b/>
                <w:sz w:val="24"/>
                <w:szCs w:val="24"/>
              </w:rPr>
              <w:t>Select</w:t>
            </w:r>
          </w:p>
        </w:tc>
        <w:tc>
          <w:tcPr>
            <w:tcW w:w="1530" w:type="dxa"/>
            <w:shd w:val="clear" w:color="auto" w:fill="D9E1F2"/>
            <w:vAlign w:val="center"/>
          </w:tcPr>
          <w:p w14:paraId="50082D0E" w14:textId="77777777" w:rsidR="00EF48F9" w:rsidRPr="00160FA2" w:rsidRDefault="00311748" w:rsidP="00A131A0">
            <w:pPr>
              <w:spacing w:after="0"/>
              <w:jc w:val="center"/>
              <w:rPr>
                <w:rFonts w:ascii="Times New Roman" w:hAnsi="Times New Roman" w:cs="Times New Roman"/>
                <w:sz w:val="24"/>
                <w:szCs w:val="24"/>
              </w:rPr>
            </w:pPr>
            <w:r w:rsidRPr="00160FA2">
              <w:rPr>
                <w:rFonts w:ascii="Times New Roman" w:hAnsi="Times New Roman" w:cs="Times New Roman"/>
                <w:b/>
                <w:sz w:val="24"/>
                <w:szCs w:val="24"/>
              </w:rPr>
              <w:t>Post Code</w:t>
            </w:r>
          </w:p>
        </w:tc>
        <w:tc>
          <w:tcPr>
            <w:tcW w:w="4410" w:type="dxa"/>
            <w:shd w:val="clear" w:color="auto" w:fill="D9E1F2"/>
            <w:vAlign w:val="center"/>
          </w:tcPr>
          <w:p w14:paraId="64B53FA3" w14:textId="77777777" w:rsidR="00EF48F9" w:rsidRPr="00160FA2" w:rsidRDefault="00311748" w:rsidP="00A131A0">
            <w:pPr>
              <w:spacing w:after="0"/>
              <w:jc w:val="center"/>
              <w:rPr>
                <w:rFonts w:ascii="Times New Roman" w:hAnsi="Times New Roman" w:cs="Times New Roman"/>
                <w:sz w:val="24"/>
                <w:szCs w:val="24"/>
              </w:rPr>
            </w:pPr>
            <w:r w:rsidRPr="00160FA2">
              <w:rPr>
                <w:rFonts w:ascii="Times New Roman" w:hAnsi="Times New Roman" w:cs="Times New Roman"/>
                <w:b/>
                <w:sz w:val="24"/>
                <w:szCs w:val="24"/>
              </w:rPr>
              <w:t>Post / Trade</w:t>
            </w:r>
          </w:p>
        </w:tc>
        <w:tc>
          <w:tcPr>
            <w:tcW w:w="1620" w:type="dxa"/>
            <w:shd w:val="clear" w:color="auto" w:fill="D9E1F2"/>
            <w:vAlign w:val="center"/>
          </w:tcPr>
          <w:p w14:paraId="185729FB" w14:textId="600BCF4B" w:rsidR="00EF48F9" w:rsidRPr="00160FA2" w:rsidRDefault="00106951" w:rsidP="00A131A0">
            <w:pPr>
              <w:spacing w:after="0"/>
              <w:jc w:val="center"/>
              <w:rPr>
                <w:rFonts w:ascii="Times New Roman" w:hAnsi="Times New Roman" w:cs="Times New Roman"/>
                <w:sz w:val="24"/>
                <w:szCs w:val="24"/>
              </w:rPr>
            </w:pPr>
            <w:r>
              <w:rPr>
                <w:rFonts w:ascii="Times New Roman" w:hAnsi="Times New Roman" w:cs="Times New Roman"/>
                <w:b/>
                <w:sz w:val="24"/>
                <w:szCs w:val="24"/>
              </w:rPr>
              <w:t>Category</w:t>
            </w:r>
          </w:p>
        </w:tc>
      </w:tr>
      <w:tr w:rsidR="00EF48F9" w:rsidRPr="00160FA2" w14:paraId="64B2C375" w14:textId="77777777" w:rsidTr="00160FA2">
        <w:trPr>
          <w:jc w:val="center"/>
        </w:trPr>
        <w:tc>
          <w:tcPr>
            <w:tcW w:w="985" w:type="dxa"/>
            <w:vAlign w:val="center"/>
          </w:tcPr>
          <w:p w14:paraId="047C7DFB" w14:textId="77777777" w:rsidR="00EF48F9" w:rsidRPr="00160FA2" w:rsidRDefault="00311748" w:rsidP="00A131A0">
            <w:pPr>
              <w:spacing w:after="0"/>
              <w:rPr>
                <w:rFonts w:ascii="Times New Roman" w:hAnsi="Times New Roman" w:cs="Times New Roman"/>
                <w:b/>
                <w:bCs/>
                <w:sz w:val="52"/>
                <w:szCs w:val="96"/>
              </w:rPr>
            </w:pPr>
            <w:r w:rsidRPr="00160FA2">
              <w:rPr>
                <w:rFonts w:ascii="Segoe UI Symbol" w:hAnsi="Segoe UI Symbol" w:cs="Segoe UI Symbol"/>
                <w:b/>
                <w:bCs/>
                <w:sz w:val="52"/>
                <w:szCs w:val="96"/>
              </w:rPr>
              <w:t>☐</w:t>
            </w:r>
          </w:p>
        </w:tc>
        <w:tc>
          <w:tcPr>
            <w:tcW w:w="1530" w:type="dxa"/>
            <w:vAlign w:val="center"/>
          </w:tcPr>
          <w:p w14:paraId="36F9ADAC" w14:textId="42E16B35" w:rsidR="00EF48F9" w:rsidRPr="00160FA2" w:rsidRDefault="00311748" w:rsidP="001C64F3">
            <w:pPr>
              <w:spacing w:after="0"/>
              <w:rPr>
                <w:rFonts w:ascii="Times New Roman" w:hAnsi="Times New Roman" w:cs="Times New Roman"/>
                <w:sz w:val="24"/>
                <w:szCs w:val="24"/>
              </w:rPr>
            </w:pPr>
            <w:r w:rsidRPr="00160FA2">
              <w:rPr>
                <w:rFonts w:ascii="Times New Roman" w:hAnsi="Times New Roman" w:cs="Times New Roman"/>
                <w:sz w:val="24"/>
                <w:szCs w:val="24"/>
              </w:rPr>
              <w:t>T</w:t>
            </w:r>
            <w:r w:rsidR="001C64F3">
              <w:rPr>
                <w:rFonts w:ascii="Times New Roman" w:hAnsi="Times New Roman" w:cs="Times New Roman"/>
                <w:sz w:val="24"/>
                <w:szCs w:val="24"/>
              </w:rPr>
              <w:t>A</w:t>
            </w:r>
            <w:r w:rsidRPr="00160FA2">
              <w:rPr>
                <w:rFonts w:ascii="Times New Roman" w:hAnsi="Times New Roman" w:cs="Times New Roman"/>
                <w:sz w:val="24"/>
                <w:szCs w:val="24"/>
              </w:rPr>
              <w:t>-01</w:t>
            </w:r>
          </w:p>
        </w:tc>
        <w:tc>
          <w:tcPr>
            <w:tcW w:w="4410" w:type="dxa"/>
            <w:vAlign w:val="center"/>
          </w:tcPr>
          <w:p w14:paraId="23886EC3" w14:textId="40E493E7" w:rsidR="00EF48F9" w:rsidRPr="00160FA2" w:rsidRDefault="00311748" w:rsidP="001C64F3">
            <w:pPr>
              <w:spacing w:after="0"/>
              <w:rPr>
                <w:rFonts w:ascii="Times New Roman" w:hAnsi="Times New Roman" w:cs="Times New Roman"/>
                <w:sz w:val="24"/>
                <w:szCs w:val="24"/>
              </w:rPr>
            </w:pPr>
            <w:r w:rsidRPr="00160FA2">
              <w:rPr>
                <w:rFonts w:ascii="Times New Roman" w:hAnsi="Times New Roman" w:cs="Times New Roman"/>
                <w:sz w:val="24"/>
                <w:szCs w:val="24"/>
              </w:rPr>
              <w:t>T</w:t>
            </w:r>
            <w:r w:rsidR="001C64F3">
              <w:rPr>
                <w:rFonts w:ascii="Times New Roman" w:hAnsi="Times New Roman" w:cs="Times New Roman"/>
                <w:sz w:val="24"/>
                <w:szCs w:val="24"/>
              </w:rPr>
              <w:t>radesman</w:t>
            </w:r>
            <w:r w:rsidRPr="00160FA2">
              <w:rPr>
                <w:rFonts w:ascii="Times New Roman" w:hAnsi="Times New Roman" w:cs="Times New Roman"/>
                <w:sz w:val="24"/>
                <w:szCs w:val="24"/>
              </w:rPr>
              <w:t xml:space="preserve"> (Electrical)</w:t>
            </w:r>
            <w:r w:rsidR="001C64F3">
              <w:rPr>
                <w:rFonts w:ascii="Times New Roman" w:hAnsi="Times New Roman" w:cs="Times New Roman"/>
                <w:sz w:val="24"/>
                <w:szCs w:val="24"/>
              </w:rPr>
              <w:t xml:space="preserve"> (UR)</w:t>
            </w:r>
          </w:p>
        </w:tc>
        <w:tc>
          <w:tcPr>
            <w:tcW w:w="1620" w:type="dxa"/>
            <w:vAlign w:val="center"/>
          </w:tcPr>
          <w:p w14:paraId="440DE90F" w14:textId="7D7E6DCC" w:rsidR="00EF48F9" w:rsidRPr="00160FA2" w:rsidRDefault="00EF48F9" w:rsidP="00A131A0">
            <w:pPr>
              <w:spacing w:after="0"/>
              <w:rPr>
                <w:rFonts w:ascii="Times New Roman" w:hAnsi="Times New Roman" w:cs="Times New Roman"/>
              </w:rPr>
            </w:pPr>
          </w:p>
        </w:tc>
      </w:tr>
      <w:tr w:rsidR="00EF48F9" w:rsidRPr="00160FA2" w14:paraId="7E708B8E" w14:textId="77777777" w:rsidTr="00160FA2">
        <w:trPr>
          <w:jc w:val="center"/>
        </w:trPr>
        <w:tc>
          <w:tcPr>
            <w:tcW w:w="985" w:type="dxa"/>
            <w:vAlign w:val="center"/>
          </w:tcPr>
          <w:p w14:paraId="390145A2" w14:textId="77777777" w:rsidR="00EF48F9" w:rsidRPr="00160FA2" w:rsidRDefault="00311748" w:rsidP="00A131A0">
            <w:pPr>
              <w:spacing w:after="0"/>
              <w:rPr>
                <w:rFonts w:ascii="Times New Roman" w:hAnsi="Times New Roman" w:cs="Times New Roman"/>
                <w:b/>
                <w:bCs/>
                <w:sz w:val="52"/>
                <w:szCs w:val="96"/>
              </w:rPr>
            </w:pPr>
            <w:r w:rsidRPr="00160FA2">
              <w:rPr>
                <w:rFonts w:ascii="Segoe UI Symbol" w:hAnsi="Segoe UI Symbol" w:cs="Segoe UI Symbol"/>
                <w:b/>
                <w:bCs/>
                <w:sz w:val="52"/>
                <w:szCs w:val="96"/>
              </w:rPr>
              <w:t>☐</w:t>
            </w:r>
          </w:p>
        </w:tc>
        <w:tc>
          <w:tcPr>
            <w:tcW w:w="1530" w:type="dxa"/>
            <w:vAlign w:val="center"/>
          </w:tcPr>
          <w:p w14:paraId="00D9216F" w14:textId="49EA8157" w:rsidR="00EF48F9" w:rsidRPr="00160FA2" w:rsidRDefault="00311748" w:rsidP="001C64F3">
            <w:pPr>
              <w:spacing w:after="0"/>
              <w:rPr>
                <w:rFonts w:ascii="Times New Roman" w:hAnsi="Times New Roman" w:cs="Times New Roman"/>
                <w:sz w:val="24"/>
                <w:szCs w:val="24"/>
              </w:rPr>
            </w:pPr>
            <w:r w:rsidRPr="00160FA2">
              <w:rPr>
                <w:rFonts w:ascii="Times New Roman" w:hAnsi="Times New Roman" w:cs="Times New Roman"/>
                <w:sz w:val="24"/>
                <w:szCs w:val="24"/>
              </w:rPr>
              <w:t>T</w:t>
            </w:r>
            <w:r w:rsidR="001C64F3">
              <w:rPr>
                <w:rFonts w:ascii="Times New Roman" w:hAnsi="Times New Roman" w:cs="Times New Roman"/>
                <w:sz w:val="24"/>
                <w:szCs w:val="24"/>
              </w:rPr>
              <w:t>A</w:t>
            </w:r>
            <w:r w:rsidRPr="00160FA2">
              <w:rPr>
                <w:rFonts w:ascii="Times New Roman" w:hAnsi="Times New Roman" w:cs="Times New Roman"/>
                <w:sz w:val="24"/>
                <w:szCs w:val="24"/>
              </w:rPr>
              <w:t>-02</w:t>
            </w:r>
          </w:p>
        </w:tc>
        <w:tc>
          <w:tcPr>
            <w:tcW w:w="4410" w:type="dxa"/>
            <w:vAlign w:val="center"/>
          </w:tcPr>
          <w:p w14:paraId="24E4610A" w14:textId="19A4C8C2" w:rsidR="00EF48F9" w:rsidRPr="00160FA2" w:rsidRDefault="001C64F3" w:rsidP="00A131A0">
            <w:pPr>
              <w:spacing w:after="0"/>
              <w:rPr>
                <w:rFonts w:ascii="Times New Roman" w:hAnsi="Times New Roman" w:cs="Times New Roman"/>
                <w:sz w:val="24"/>
                <w:szCs w:val="24"/>
              </w:rPr>
            </w:pPr>
            <w:r w:rsidRPr="00160FA2">
              <w:rPr>
                <w:rFonts w:ascii="Times New Roman" w:hAnsi="Times New Roman" w:cs="Times New Roman"/>
                <w:sz w:val="24"/>
                <w:szCs w:val="24"/>
              </w:rPr>
              <w:t>T</w:t>
            </w:r>
            <w:r>
              <w:rPr>
                <w:rFonts w:ascii="Times New Roman" w:hAnsi="Times New Roman" w:cs="Times New Roman"/>
                <w:sz w:val="24"/>
                <w:szCs w:val="24"/>
              </w:rPr>
              <w:t>radesman</w:t>
            </w:r>
            <w:r w:rsidR="00311748" w:rsidRPr="00160FA2">
              <w:rPr>
                <w:rFonts w:ascii="Times New Roman" w:hAnsi="Times New Roman" w:cs="Times New Roman"/>
                <w:sz w:val="24"/>
                <w:szCs w:val="24"/>
              </w:rPr>
              <w:t xml:space="preserve"> (Electrical)</w:t>
            </w:r>
            <w:r>
              <w:rPr>
                <w:rFonts w:ascii="Times New Roman" w:hAnsi="Times New Roman" w:cs="Times New Roman"/>
                <w:sz w:val="24"/>
                <w:szCs w:val="24"/>
              </w:rPr>
              <w:t xml:space="preserve"> (ST)</w:t>
            </w:r>
          </w:p>
        </w:tc>
        <w:tc>
          <w:tcPr>
            <w:tcW w:w="1620" w:type="dxa"/>
            <w:vAlign w:val="center"/>
          </w:tcPr>
          <w:p w14:paraId="686B7B92" w14:textId="776643E8" w:rsidR="00EF48F9" w:rsidRPr="00160FA2" w:rsidRDefault="00EF48F9" w:rsidP="00A131A0">
            <w:pPr>
              <w:spacing w:after="0"/>
              <w:rPr>
                <w:rFonts w:ascii="Times New Roman" w:hAnsi="Times New Roman" w:cs="Times New Roman"/>
              </w:rPr>
            </w:pPr>
          </w:p>
        </w:tc>
      </w:tr>
      <w:tr w:rsidR="00EF48F9" w:rsidRPr="00160FA2" w14:paraId="33FC1C70" w14:textId="77777777" w:rsidTr="00160FA2">
        <w:trPr>
          <w:jc w:val="center"/>
        </w:trPr>
        <w:tc>
          <w:tcPr>
            <w:tcW w:w="985" w:type="dxa"/>
            <w:vAlign w:val="center"/>
          </w:tcPr>
          <w:p w14:paraId="3EA6C451" w14:textId="77777777" w:rsidR="00EF48F9" w:rsidRPr="00160FA2" w:rsidRDefault="00311748" w:rsidP="00A131A0">
            <w:pPr>
              <w:spacing w:after="0"/>
              <w:rPr>
                <w:rFonts w:ascii="Times New Roman" w:hAnsi="Times New Roman" w:cs="Times New Roman"/>
                <w:b/>
                <w:bCs/>
                <w:sz w:val="52"/>
                <w:szCs w:val="96"/>
              </w:rPr>
            </w:pPr>
            <w:r w:rsidRPr="00160FA2">
              <w:rPr>
                <w:rFonts w:ascii="Segoe UI Symbol" w:hAnsi="Segoe UI Symbol" w:cs="Segoe UI Symbol"/>
                <w:b/>
                <w:bCs/>
                <w:sz w:val="52"/>
                <w:szCs w:val="96"/>
              </w:rPr>
              <w:t>☐</w:t>
            </w:r>
          </w:p>
        </w:tc>
        <w:tc>
          <w:tcPr>
            <w:tcW w:w="1530" w:type="dxa"/>
            <w:vAlign w:val="center"/>
          </w:tcPr>
          <w:p w14:paraId="1EC62953" w14:textId="36D28D39" w:rsidR="00EF48F9" w:rsidRPr="00160FA2" w:rsidRDefault="00311748" w:rsidP="001C64F3">
            <w:pPr>
              <w:spacing w:after="0"/>
              <w:rPr>
                <w:rFonts w:ascii="Times New Roman" w:hAnsi="Times New Roman" w:cs="Times New Roman"/>
                <w:sz w:val="24"/>
                <w:szCs w:val="24"/>
              </w:rPr>
            </w:pPr>
            <w:r w:rsidRPr="00160FA2">
              <w:rPr>
                <w:rFonts w:ascii="Times New Roman" w:hAnsi="Times New Roman" w:cs="Times New Roman"/>
                <w:sz w:val="24"/>
                <w:szCs w:val="24"/>
              </w:rPr>
              <w:t>T</w:t>
            </w:r>
            <w:r w:rsidR="001C64F3">
              <w:rPr>
                <w:rFonts w:ascii="Times New Roman" w:hAnsi="Times New Roman" w:cs="Times New Roman"/>
                <w:sz w:val="24"/>
                <w:szCs w:val="24"/>
              </w:rPr>
              <w:t>A</w:t>
            </w:r>
            <w:r w:rsidRPr="00160FA2">
              <w:rPr>
                <w:rFonts w:ascii="Times New Roman" w:hAnsi="Times New Roman" w:cs="Times New Roman"/>
                <w:sz w:val="24"/>
                <w:szCs w:val="24"/>
              </w:rPr>
              <w:t>-03</w:t>
            </w:r>
          </w:p>
        </w:tc>
        <w:tc>
          <w:tcPr>
            <w:tcW w:w="4410" w:type="dxa"/>
            <w:vAlign w:val="center"/>
          </w:tcPr>
          <w:p w14:paraId="332C1D16" w14:textId="0F0F186F" w:rsidR="00EF48F9" w:rsidRPr="00160FA2" w:rsidRDefault="001C64F3" w:rsidP="00A131A0">
            <w:pPr>
              <w:spacing w:after="0"/>
              <w:rPr>
                <w:rFonts w:ascii="Times New Roman" w:hAnsi="Times New Roman" w:cs="Times New Roman"/>
                <w:sz w:val="24"/>
                <w:szCs w:val="24"/>
              </w:rPr>
            </w:pPr>
            <w:r w:rsidRPr="00160FA2">
              <w:rPr>
                <w:rFonts w:ascii="Times New Roman" w:hAnsi="Times New Roman" w:cs="Times New Roman"/>
                <w:sz w:val="24"/>
                <w:szCs w:val="24"/>
              </w:rPr>
              <w:t>T</w:t>
            </w:r>
            <w:r>
              <w:rPr>
                <w:rFonts w:ascii="Times New Roman" w:hAnsi="Times New Roman" w:cs="Times New Roman"/>
                <w:sz w:val="24"/>
                <w:szCs w:val="24"/>
              </w:rPr>
              <w:t>radesman</w:t>
            </w:r>
            <w:r w:rsidR="00311748" w:rsidRPr="00160FA2">
              <w:rPr>
                <w:rFonts w:ascii="Times New Roman" w:hAnsi="Times New Roman" w:cs="Times New Roman"/>
                <w:sz w:val="24"/>
                <w:szCs w:val="24"/>
              </w:rPr>
              <w:t xml:space="preserve"> (Electrical/Electronics)</w:t>
            </w:r>
            <w:r>
              <w:rPr>
                <w:rFonts w:ascii="Times New Roman" w:hAnsi="Times New Roman" w:cs="Times New Roman"/>
                <w:sz w:val="24"/>
                <w:szCs w:val="24"/>
              </w:rPr>
              <w:t xml:space="preserve"> (SC)</w:t>
            </w:r>
          </w:p>
        </w:tc>
        <w:tc>
          <w:tcPr>
            <w:tcW w:w="1620" w:type="dxa"/>
            <w:vAlign w:val="center"/>
          </w:tcPr>
          <w:p w14:paraId="3E6496DB" w14:textId="3D014D2E" w:rsidR="00EF48F9" w:rsidRPr="00160FA2" w:rsidRDefault="00EF48F9" w:rsidP="00A131A0">
            <w:pPr>
              <w:spacing w:after="0"/>
              <w:rPr>
                <w:rFonts w:ascii="Times New Roman" w:hAnsi="Times New Roman" w:cs="Times New Roman"/>
              </w:rPr>
            </w:pPr>
          </w:p>
        </w:tc>
      </w:tr>
      <w:tr w:rsidR="00EF48F9" w:rsidRPr="00160FA2" w14:paraId="486DF99F" w14:textId="77777777" w:rsidTr="00160FA2">
        <w:trPr>
          <w:jc w:val="center"/>
        </w:trPr>
        <w:tc>
          <w:tcPr>
            <w:tcW w:w="985" w:type="dxa"/>
            <w:vAlign w:val="center"/>
          </w:tcPr>
          <w:p w14:paraId="69DBB619" w14:textId="77777777" w:rsidR="00EF48F9" w:rsidRPr="00160FA2" w:rsidRDefault="00311748" w:rsidP="00A131A0">
            <w:pPr>
              <w:spacing w:after="0"/>
              <w:rPr>
                <w:rFonts w:ascii="Times New Roman" w:hAnsi="Times New Roman" w:cs="Times New Roman"/>
                <w:b/>
                <w:bCs/>
                <w:sz w:val="52"/>
                <w:szCs w:val="96"/>
              </w:rPr>
            </w:pPr>
            <w:r w:rsidRPr="00160FA2">
              <w:rPr>
                <w:rFonts w:ascii="Segoe UI Symbol" w:hAnsi="Segoe UI Symbol" w:cs="Segoe UI Symbol"/>
                <w:b/>
                <w:bCs/>
                <w:sz w:val="52"/>
                <w:szCs w:val="96"/>
              </w:rPr>
              <w:t>☐</w:t>
            </w:r>
          </w:p>
        </w:tc>
        <w:tc>
          <w:tcPr>
            <w:tcW w:w="1530" w:type="dxa"/>
            <w:vAlign w:val="center"/>
          </w:tcPr>
          <w:p w14:paraId="2CE5CCE0" w14:textId="4C4EB661" w:rsidR="00EF48F9" w:rsidRPr="00160FA2" w:rsidRDefault="00311748" w:rsidP="001C64F3">
            <w:pPr>
              <w:spacing w:after="0"/>
              <w:rPr>
                <w:rFonts w:ascii="Times New Roman" w:hAnsi="Times New Roman" w:cs="Times New Roman"/>
                <w:sz w:val="24"/>
                <w:szCs w:val="24"/>
              </w:rPr>
            </w:pPr>
            <w:r w:rsidRPr="00160FA2">
              <w:rPr>
                <w:rFonts w:ascii="Times New Roman" w:hAnsi="Times New Roman" w:cs="Times New Roman"/>
                <w:sz w:val="24"/>
                <w:szCs w:val="24"/>
              </w:rPr>
              <w:t>T</w:t>
            </w:r>
            <w:r w:rsidR="001C64F3">
              <w:rPr>
                <w:rFonts w:ascii="Times New Roman" w:hAnsi="Times New Roman" w:cs="Times New Roman"/>
                <w:sz w:val="24"/>
                <w:szCs w:val="24"/>
              </w:rPr>
              <w:t>A</w:t>
            </w:r>
            <w:r w:rsidRPr="00160FA2">
              <w:rPr>
                <w:rFonts w:ascii="Times New Roman" w:hAnsi="Times New Roman" w:cs="Times New Roman"/>
                <w:sz w:val="24"/>
                <w:szCs w:val="24"/>
              </w:rPr>
              <w:t>-04</w:t>
            </w:r>
          </w:p>
        </w:tc>
        <w:tc>
          <w:tcPr>
            <w:tcW w:w="4410" w:type="dxa"/>
            <w:vAlign w:val="center"/>
          </w:tcPr>
          <w:p w14:paraId="06F18784" w14:textId="7C4D8D5F" w:rsidR="00EF48F9" w:rsidRPr="00160FA2" w:rsidRDefault="001C64F3" w:rsidP="00A131A0">
            <w:pPr>
              <w:spacing w:after="0"/>
              <w:rPr>
                <w:rFonts w:ascii="Times New Roman" w:hAnsi="Times New Roman" w:cs="Times New Roman"/>
                <w:sz w:val="24"/>
                <w:szCs w:val="24"/>
              </w:rPr>
            </w:pPr>
            <w:r w:rsidRPr="00160FA2">
              <w:rPr>
                <w:rFonts w:ascii="Times New Roman" w:hAnsi="Times New Roman" w:cs="Times New Roman"/>
                <w:sz w:val="24"/>
                <w:szCs w:val="24"/>
              </w:rPr>
              <w:t>T</w:t>
            </w:r>
            <w:r>
              <w:rPr>
                <w:rFonts w:ascii="Times New Roman" w:hAnsi="Times New Roman" w:cs="Times New Roman"/>
                <w:sz w:val="24"/>
                <w:szCs w:val="24"/>
              </w:rPr>
              <w:t>radesman</w:t>
            </w:r>
            <w:r w:rsidR="00311748" w:rsidRPr="00160FA2">
              <w:rPr>
                <w:rFonts w:ascii="Times New Roman" w:hAnsi="Times New Roman" w:cs="Times New Roman"/>
                <w:sz w:val="24"/>
                <w:szCs w:val="24"/>
              </w:rPr>
              <w:t xml:space="preserve"> (Mechanical/Refrigeration &amp; Air Conditioning)</w:t>
            </w:r>
            <w:r>
              <w:rPr>
                <w:rFonts w:ascii="Times New Roman" w:hAnsi="Times New Roman" w:cs="Times New Roman"/>
                <w:sz w:val="24"/>
                <w:szCs w:val="24"/>
              </w:rPr>
              <w:t xml:space="preserve"> (UR)</w:t>
            </w:r>
          </w:p>
        </w:tc>
        <w:tc>
          <w:tcPr>
            <w:tcW w:w="1620" w:type="dxa"/>
            <w:vAlign w:val="center"/>
          </w:tcPr>
          <w:p w14:paraId="7AE89A22" w14:textId="708F7518" w:rsidR="00EF48F9" w:rsidRPr="00160FA2" w:rsidRDefault="00EF48F9" w:rsidP="00A131A0">
            <w:pPr>
              <w:spacing w:after="0"/>
              <w:rPr>
                <w:rFonts w:ascii="Times New Roman" w:hAnsi="Times New Roman" w:cs="Times New Roman"/>
              </w:rPr>
            </w:pPr>
          </w:p>
        </w:tc>
      </w:tr>
      <w:tr w:rsidR="00EF48F9" w:rsidRPr="00160FA2" w14:paraId="11D9C8FB" w14:textId="77777777" w:rsidTr="00160FA2">
        <w:trPr>
          <w:jc w:val="center"/>
        </w:trPr>
        <w:tc>
          <w:tcPr>
            <w:tcW w:w="985" w:type="dxa"/>
            <w:vAlign w:val="center"/>
          </w:tcPr>
          <w:p w14:paraId="3E0E1890" w14:textId="77777777" w:rsidR="00EF48F9" w:rsidRPr="00160FA2" w:rsidRDefault="00311748" w:rsidP="00A131A0">
            <w:pPr>
              <w:spacing w:after="0"/>
              <w:rPr>
                <w:rFonts w:ascii="Times New Roman" w:hAnsi="Times New Roman" w:cs="Times New Roman"/>
                <w:b/>
                <w:bCs/>
                <w:sz w:val="52"/>
                <w:szCs w:val="96"/>
              </w:rPr>
            </w:pPr>
            <w:r w:rsidRPr="00160FA2">
              <w:rPr>
                <w:rFonts w:ascii="Segoe UI Symbol" w:hAnsi="Segoe UI Symbol" w:cs="Segoe UI Symbol"/>
                <w:b/>
                <w:bCs/>
                <w:sz w:val="52"/>
                <w:szCs w:val="96"/>
              </w:rPr>
              <w:t>☐</w:t>
            </w:r>
          </w:p>
        </w:tc>
        <w:tc>
          <w:tcPr>
            <w:tcW w:w="1530" w:type="dxa"/>
            <w:vAlign w:val="center"/>
          </w:tcPr>
          <w:p w14:paraId="3DD110F3" w14:textId="56721BD5" w:rsidR="00EF48F9" w:rsidRPr="00160FA2" w:rsidRDefault="00311748" w:rsidP="001C64F3">
            <w:pPr>
              <w:spacing w:after="0"/>
              <w:rPr>
                <w:rFonts w:ascii="Times New Roman" w:hAnsi="Times New Roman" w:cs="Times New Roman"/>
                <w:sz w:val="24"/>
                <w:szCs w:val="24"/>
              </w:rPr>
            </w:pPr>
            <w:r w:rsidRPr="00160FA2">
              <w:rPr>
                <w:rFonts w:ascii="Times New Roman" w:hAnsi="Times New Roman" w:cs="Times New Roman"/>
                <w:sz w:val="24"/>
                <w:szCs w:val="24"/>
              </w:rPr>
              <w:t>T</w:t>
            </w:r>
            <w:r w:rsidR="001C64F3">
              <w:rPr>
                <w:rFonts w:ascii="Times New Roman" w:hAnsi="Times New Roman" w:cs="Times New Roman"/>
                <w:sz w:val="24"/>
                <w:szCs w:val="24"/>
              </w:rPr>
              <w:t>A</w:t>
            </w:r>
            <w:r w:rsidRPr="00160FA2">
              <w:rPr>
                <w:rFonts w:ascii="Times New Roman" w:hAnsi="Times New Roman" w:cs="Times New Roman"/>
                <w:sz w:val="24"/>
                <w:szCs w:val="24"/>
              </w:rPr>
              <w:t>-05</w:t>
            </w:r>
          </w:p>
        </w:tc>
        <w:tc>
          <w:tcPr>
            <w:tcW w:w="4410" w:type="dxa"/>
            <w:vAlign w:val="center"/>
          </w:tcPr>
          <w:p w14:paraId="1883FC71" w14:textId="083B2922" w:rsidR="00EF48F9" w:rsidRPr="00160FA2" w:rsidRDefault="00311748" w:rsidP="00A131A0">
            <w:pPr>
              <w:spacing w:after="0"/>
              <w:rPr>
                <w:rFonts w:ascii="Times New Roman" w:hAnsi="Times New Roman" w:cs="Times New Roman"/>
                <w:sz w:val="24"/>
                <w:szCs w:val="24"/>
              </w:rPr>
            </w:pPr>
            <w:r w:rsidRPr="00160FA2">
              <w:rPr>
                <w:rFonts w:ascii="Times New Roman" w:hAnsi="Times New Roman" w:cs="Times New Roman"/>
                <w:sz w:val="24"/>
                <w:szCs w:val="24"/>
              </w:rPr>
              <w:t>Technician-B (Mason)</w:t>
            </w:r>
            <w:r w:rsidR="001C64F3">
              <w:rPr>
                <w:rFonts w:ascii="Times New Roman" w:hAnsi="Times New Roman" w:cs="Times New Roman"/>
                <w:sz w:val="24"/>
                <w:szCs w:val="24"/>
              </w:rPr>
              <w:t xml:space="preserve"> (UR)</w:t>
            </w:r>
          </w:p>
        </w:tc>
        <w:tc>
          <w:tcPr>
            <w:tcW w:w="1620" w:type="dxa"/>
            <w:vAlign w:val="center"/>
          </w:tcPr>
          <w:p w14:paraId="1A783D71" w14:textId="0E5393A3" w:rsidR="00EF48F9" w:rsidRPr="00160FA2" w:rsidRDefault="00EF48F9" w:rsidP="00A131A0">
            <w:pPr>
              <w:spacing w:after="0"/>
              <w:rPr>
                <w:rFonts w:ascii="Times New Roman" w:hAnsi="Times New Roman" w:cs="Times New Roman"/>
              </w:rPr>
            </w:pPr>
          </w:p>
        </w:tc>
      </w:tr>
    </w:tbl>
    <w:p w14:paraId="7587F0D8" w14:textId="77777777" w:rsidR="00A131A0" w:rsidRPr="00160FA2" w:rsidRDefault="00A131A0" w:rsidP="00A131A0">
      <w:pPr>
        <w:spacing w:after="0" w:line="240" w:lineRule="auto"/>
        <w:ind w:left="1080" w:right="1170"/>
        <w:jc w:val="center"/>
        <w:rPr>
          <w:rFonts w:ascii="Times New Roman" w:hAnsi="Times New Roman" w:cs="Times New Roman"/>
          <w:i/>
          <w:iCs/>
          <w:sz w:val="16"/>
        </w:rPr>
      </w:pPr>
      <w:r w:rsidRPr="00160FA2">
        <w:rPr>
          <w:rFonts w:ascii="Times New Roman" w:hAnsi="Times New Roman" w:cs="Times New Roman"/>
          <w:i/>
          <w:iCs/>
          <w:sz w:val="16"/>
        </w:rPr>
        <w:t>(</w:t>
      </w:r>
      <w:r w:rsidR="00311748" w:rsidRPr="00160FA2">
        <w:rPr>
          <w:rFonts w:ascii="Times New Roman" w:hAnsi="Times New Roman" w:cs="Times New Roman"/>
          <w:i/>
          <w:iCs/>
          <w:sz w:val="16"/>
        </w:rPr>
        <w:t xml:space="preserve">Tick only ONE Post Code. A separate application must be submitted for each Post Code applied for. </w:t>
      </w:r>
    </w:p>
    <w:p w14:paraId="6B00101C" w14:textId="67877093" w:rsidR="00EF48F9" w:rsidRPr="00160FA2" w:rsidRDefault="00311748" w:rsidP="00A131A0">
      <w:pPr>
        <w:spacing w:after="0" w:line="240" w:lineRule="auto"/>
        <w:ind w:left="1080" w:right="1170"/>
        <w:jc w:val="center"/>
        <w:rPr>
          <w:rFonts w:ascii="Times New Roman" w:hAnsi="Times New Roman" w:cs="Times New Roman"/>
          <w:i/>
          <w:iCs/>
        </w:rPr>
      </w:pPr>
      <w:r w:rsidRPr="00160FA2">
        <w:rPr>
          <w:rFonts w:ascii="Times New Roman" w:hAnsi="Times New Roman" w:cs="Times New Roman"/>
          <w:i/>
          <w:iCs/>
          <w:sz w:val="16"/>
        </w:rPr>
        <w:t>*Category against each Post Code will correspond to the final notified reservation roster.</w:t>
      </w:r>
      <w:r w:rsidR="00A131A0" w:rsidRPr="00160FA2">
        <w:rPr>
          <w:rFonts w:ascii="Times New Roman" w:hAnsi="Times New Roman" w:cs="Times New Roman"/>
          <w:i/>
          <w:iCs/>
          <w:sz w:val="16"/>
        </w:rPr>
        <w:t>)</w:t>
      </w:r>
    </w:p>
    <w:p w14:paraId="31EA0D22" w14:textId="77777777" w:rsidR="00160FA2" w:rsidRDefault="00160FA2">
      <w:pPr>
        <w:spacing w:before="80"/>
        <w:rPr>
          <w:rFonts w:ascii="Times New Roman" w:hAnsi="Times New Roman" w:cs="Times New Roman"/>
          <w:b/>
          <w:sz w:val="21"/>
        </w:rPr>
      </w:pPr>
    </w:p>
    <w:p w14:paraId="7C76F496" w14:textId="0DFD460A" w:rsidR="00EF48F9" w:rsidRPr="00160FA2" w:rsidRDefault="00A131A0">
      <w:pPr>
        <w:spacing w:before="80"/>
        <w:rPr>
          <w:rFonts w:ascii="Times New Roman" w:hAnsi="Times New Roman" w:cs="Times New Roman"/>
        </w:rPr>
      </w:pPr>
      <w:r w:rsidRPr="00160FA2">
        <w:rPr>
          <w:rFonts w:ascii="Times New Roman" w:hAnsi="Times New Roman" w:cs="Times New Roman"/>
          <w:b/>
          <w:noProof/>
          <w:sz w:val="21"/>
          <w:lang w:val="en-IN" w:eastAsia="en-IN" w:bidi="hi-IN"/>
        </w:rPr>
        <mc:AlternateContent>
          <mc:Choice Requires="wps">
            <w:drawing>
              <wp:anchor distT="45720" distB="45720" distL="114300" distR="114300" simplePos="0" relativeHeight="251661312" behindDoc="0" locked="0" layoutInCell="1" allowOverlap="1" wp14:anchorId="163FEB38" wp14:editId="4D91DF0D">
                <wp:simplePos x="0" y="0"/>
                <wp:positionH relativeFrom="column">
                  <wp:posOffset>5431104</wp:posOffset>
                </wp:positionH>
                <wp:positionV relativeFrom="paragraph">
                  <wp:posOffset>252095</wp:posOffset>
                </wp:positionV>
                <wp:extent cx="1330960" cy="140462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1404620"/>
                        </a:xfrm>
                        <a:prstGeom prst="rect">
                          <a:avLst/>
                        </a:prstGeom>
                        <a:solidFill>
                          <a:srgbClr val="FFFFFF"/>
                        </a:solidFill>
                        <a:ln w="9525">
                          <a:solidFill>
                            <a:srgbClr val="000000"/>
                          </a:solidFill>
                          <a:miter lim="800000"/>
                          <a:headEnd/>
                          <a:tailEnd/>
                        </a:ln>
                      </wps:spPr>
                      <wps:txbx>
                        <w:txbxContent>
                          <w:p w14:paraId="6274B632" w14:textId="4B14F750" w:rsidR="00A131A0" w:rsidRPr="00160FA2" w:rsidRDefault="00A131A0" w:rsidP="00160FA2">
                            <w:pPr>
                              <w:jc w:val="both"/>
                              <w:rPr>
                                <w:i/>
                                <w:iCs/>
                                <w:sz w:val="16"/>
                                <w:szCs w:val="20"/>
                              </w:rPr>
                            </w:pPr>
                            <w:r w:rsidRPr="00160FA2">
                              <w:rPr>
                                <w:i/>
                                <w:iCs/>
                                <w:sz w:val="16"/>
                                <w:szCs w:val="20"/>
                              </w:rPr>
                              <w:t>Affix a passport-sized photograph to this application and sign across it in such a way that a portion of the signature also extends onto the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63FEB38" id="_x0000_t202" coordsize="21600,21600" o:spt="202" path="m,l,21600r21600,l21600,xe">
                <v:stroke joinstyle="miter"/>
                <v:path gradientshapeok="t" o:connecttype="rect"/>
              </v:shapetype>
              <v:shape id="Text Box 2" o:spid="_x0000_s1026" type="#_x0000_t202" style="position:absolute;margin-left:427.65pt;margin-top:19.85pt;width:104.8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">
                <v:textbox style="mso-fit-shape-to-text:t">
                  <w:txbxContent>
                    <w:p w14:paraId="6274B632" w14:textId="4B14F750" w:rsidR="00A131A0" w:rsidRPr="00160FA2" w:rsidRDefault="00A131A0" w:rsidP="00160FA2">
                      <w:pPr>
                        <w:jc w:val="both"/>
                        <w:rPr>
                          <w:i/>
                          <w:iCs/>
                          <w:sz w:val="16"/>
                          <w:szCs w:val="20"/>
                        </w:rPr>
                      </w:pPr>
                      <w:r w:rsidRPr="00160FA2">
                        <w:rPr>
                          <w:i/>
                          <w:iCs/>
                          <w:sz w:val="16"/>
                          <w:szCs w:val="20"/>
                        </w:rPr>
                        <w:t>Affix a passport-sized photograph to this application and sign across it in such a way that a portion of the signature also extends onto the application form.</w:t>
                      </w:r>
                    </w:p>
                  </w:txbxContent>
                </v:textbox>
                <w10:wrap type="square"/>
              </v:shape>
            </w:pict>
          </mc:Fallback>
        </mc:AlternateContent>
      </w:r>
      <w:r w:rsidR="00311748" w:rsidRPr="00160FA2">
        <w:rPr>
          <w:rFonts w:ascii="Times New Roman" w:hAnsi="Times New Roman" w:cs="Times New Roman"/>
          <w:b/>
          <w:sz w:val="21"/>
        </w:rPr>
        <w:t>A. PERSONAL DETAILS</w:t>
      </w:r>
    </w:p>
    <w:tbl>
      <w:tblPr>
        <w:tblStyle w:val="TableGrid"/>
        <w:tblW w:w="0" w:type="auto"/>
        <w:tblLook w:val="04A0" w:firstRow="1" w:lastRow="0" w:firstColumn="1" w:lastColumn="0" w:noHBand="0" w:noVBand="1"/>
      </w:tblPr>
      <w:tblGrid>
        <w:gridCol w:w="715"/>
        <w:gridCol w:w="2700"/>
        <w:gridCol w:w="4860"/>
      </w:tblGrid>
      <w:tr w:rsidR="00A131A0" w:rsidRPr="00160FA2" w14:paraId="693B228E" w14:textId="77777777" w:rsidTr="001E0A6D">
        <w:tc>
          <w:tcPr>
            <w:tcW w:w="715" w:type="dxa"/>
            <w:shd w:val="clear" w:color="auto" w:fill="D9E1F2"/>
            <w:vAlign w:val="center"/>
          </w:tcPr>
          <w:p w14:paraId="7A92066A" w14:textId="77777777" w:rsidR="00A131A0" w:rsidRPr="00160FA2" w:rsidRDefault="00A131A0">
            <w:pPr>
              <w:spacing w:after="0"/>
              <w:rPr>
                <w:rFonts w:ascii="Times New Roman" w:hAnsi="Times New Roman" w:cs="Times New Roman"/>
              </w:rPr>
            </w:pPr>
            <w:r w:rsidRPr="00160FA2">
              <w:rPr>
                <w:rFonts w:ascii="Times New Roman" w:hAnsi="Times New Roman" w:cs="Times New Roman"/>
                <w:b/>
                <w:sz w:val="16"/>
              </w:rPr>
              <w:t>Sl. No.</w:t>
            </w:r>
          </w:p>
        </w:tc>
        <w:tc>
          <w:tcPr>
            <w:tcW w:w="2700" w:type="dxa"/>
            <w:shd w:val="clear" w:color="auto" w:fill="D9E1F2"/>
            <w:vAlign w:val="center"/>
          </w:tcPr>
          <w:p w14:paraId="4F0D0E50" w14:textId="77777777" w:rsidR="00A131A0" w:rsidRPr="00160FA2" w:rsidRDefault="00A131A0">
            <w:pPr>
              <w:spacing w:after="0"/>
              <w:rPr>
                <w:rFonts w:ascii="Times New Roman" w:hAnsi="Times New Roman" w:cs="Times New Roman"/>
              </w:rPr>
            </w:pPr>
            <w:r w:rsidRPr="00160FA2">
              <w:rPr>
                <w:rFonts w:ascii="Times New Roman" w:hAnsi="Times New Roman" w:cs="Times New Roman"/>
                <w:b/>
                <w:sz w:val="16"/>
              </w:rPr>
              <w:t>Particulars</w:t>
            </w:r>
          </w:p>
        </w:tc>
        <w:tc>
          <w:tcPr>
            <w:tcW w:w="4860" w:type="dxa"/>
            <w:shd w:val="clear" w:color="auto" w:fill="D9E1F2"/>
            <w:vAlign w:val="center"/>
          </w:tcPr>
          <w:p w14:paraId="42EAEC01" w14:textId="172D5F03" w:rsidR="00A131A0" w:rsidRPr="00160FA2" w:rsidRDefault="00A131A0" w:rsidP="00A131A0">
            <w:pPr>
              <w:spacing w:after="0"/>
              <w:jc w:val="both"/>
              <w:rPr>
                <w:rFonts w:ascii="Times New Roman" w:hAnsi="Times New Roman" w:cs="Times New Roman"/>
              </w:rPr>
            </w:pPr>
            <w:r w:rsidRPr="00160FA2">
              <w:rPr>
                <w:rFonts w:ascii="Times New Roman" w:hAnsi="Times New Roman" w:cs="Times New Roman"/>
                <w:b/>
                <w:sz w:val="16"/>
              </w:rPr>
              <w:t>Details</w:t>
            </w:r>
          </w:p>
        </w:tc>
      </w:tr>
      <w:tr w:rsidR="00A131A0" w:rsidRPr="00160FA2" w14:paraId="4414CA47" w14:textId="77777777" w:rsidTr="001E0A6D">
        <w:tc>
          <w:tcPr>
            <w:tcW w:w="715" w:type="dxa"/>
            <w:vAlign w:val="center"/>
          </w:tcPr>
          <w:p w14:paraId="1CA991AE"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1</w:t>
            </w:r>
          </w:p>
        </w:tc>
        <w:tc>
          <w:tcPr>
            <w:tcW w:w="2700" w:type="dxa"/>
            <w:vAlign w:val="center"/>
          </w:tcPr>
          <w:p w14:paraId="30468FDC"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Full Name (in BLOCK LETTERS)</w:t>
            </w:r>
          </w:p>
        </w:tc>
        <w:tc>
          <w:tcPr>
            <w:tcW w:w="4860" w:type="dxa"/>
            <w:vAlign w:val="center"/>
          </w:tcPr>
          <w:p w14:paraId="1E09C7FC"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0C9A69F8" w14:textId="77777777" w:rsidTr="001E0A6D">
        <w:tc>
          <w:tcPr>
            <w:tcW w:w="715" w:type="dxa"/>
            <w:vAlign w:val="center"/>
          </w:tcPr>
          <w:p w14:paraId="6CA0E420"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2</w:t>
            </w:r>
          </w:p>
        </w:tc>
        <w:tc>
          <w:tcPr>
            <w:tcW w:w="2700" w:type="dxa"/>
            <w:vAlign w:val="center"/>
          </w:tcPr>
          <w:p w14:paraId="735C93C3"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Father's / Mother's / Spouse's Name</w:t>
            </w:r>
          </w:p>
        </w:tc>
        <w:tc>
          <w:tcPr>
            <w:tcW w:w="4860" w:type="dxa"/>
            <w:vAlign w:val="center"/>
          </w:tcPr>
          <w:p w14:paraId="419D8E82"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07826376" w14:textId="77777777" w:rsidTr="001E0A6D">
        <w:tc>
          <w:tcPr>
            <w:tcW w:w="715" w:type="dxa"/>
            <w:vAlign w:val="center"/>
          </w:tcPr>
          <w:p w14:paraId="1AE00E43"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3</w:t>
            </w:r>
          </w:p>
        </w:tc>
        <w:tc>
          <w:tcPr>
            <w:tcW w:w="2700" w:type="dxa"/>
            <w:vAlign w:val="center"/>
          </w:tcPr>
          <w:p w14:paraId="208FD88A"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Date of Birth (DD/MM/YYYY)</w:t>
            </w:r>
          </w:p>
        </w:tc>
        <w:tc>
          <w:tcPr>
            <w:tcW w:w="4860" w:type="dxa"/>
            <w:vAlign w:val="center"/>
          </w:tcPr>
          <w:p w14:paraId="4972E273"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34BCE021" w14:textId="77777777" w:rsidTr="001E0A6D">
        <w:tc>
          <w:tcPr>
            <w:tcW w:w="715" w:type="dxa"/>
            <w:vAlign w:val="center"/>
          </w:tcPr>
          <w:p w14:paraId="302E5393"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4</w:t>
            </w:r>
          </w:p>
        </w:tc>
        <w:tc>
          <w:tcPr>
            <w:tcW w:w="2700" w:type="dxa"/>
            <w:vAlign w:val="center"/>
          </w:tcPr>
          <w:p w14:paraId="7C490098"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Age as on closing date</w:t>
            </w:r>
          </w:p>
        </w:tc>
        <w:tc>
          <w:tcPr>
            <w:tcW w:w="4860" w:type="dxa"/>
            <w:vAlign w:val="center"/>
          </w:tcPr>
          <w:p w14:paraId="17A8D164"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6177B409" w14:textId="77777777" w:rsidTr="001E0A6D">
        <w:tc>
          <w:tcPr>
            <w:tcW w:w="715" w:type="dxa"/>
            <w:vAlign w:val="center"/>
          </w:tcPr>
          <w:p w14:paraId="4CEF2BAD"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5</w:t>
            </w:r>
          </w:p>
        </w:tc>
        <w:tc>
          <w:tcPr>
            <w:tcW w:w="2700" w:type="dxa"/>
            <w:vAlign w:val="center"/>
          </w:tcPr>
          <w:p w14:paraId="0E6B75F3"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Nationality</w:t>
            </w:r>
          </w:p>
        </w:tc>
        <w:tc>
          <w:tcPr>
            <w:tcW w:w="4860" w:type="dxa"/>
            <w:vAlign w:val="center"/>
          </w:tcPr>
          <w:p w14:paraId="4B98A68C"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6E51023D" w14:textId="77777777" w:rsidTr="001E0A6D">
        <w:tc>
          <w:tcPr>
            <w:tcW w:w="715" w:type="dxa"/>
            <w:vAlign w:val="center"/>
          </w:tcPr>
          <w:p w14:paraId="4842B275"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6</w:t>
            </w:r>
          </w:p>
        </w:tc>
        <w:tc>
          <w:tcPr>
            <w:tcW w:w="2700" w:type="dxa"/>
            <w:vAlign w:val="center"/>
          </w:tcPr>
          <w:p w14:paraId="41C50FA4"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Category claimed (UR/SC/ST/OBC-NCL/EWS/PwBD, as applicable)</w:t>
            </w:r>
          </w:p>
        </w:tc>
        <w:tc>
          <w:tcPr>
            <w:tcW w:w="4860" w:type="dxa"/>
            <w:vAlign w:val="center"/>
          </w:tcPr>
          <w:p w14:paraId="3FF5D7F3"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333D9714" w14:textId="77777777" w:rsidTr="001E0A6D">
        <w:tc>
          <w:tcPr>
            <w:tcW w:w="715" w:type="dxa"/>
            <w:vAlign w:val="center"/>
          </w:tcPr>
          <w:p w14:paraId="34CFCEC7"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7</w:t>
            </w:r>
          </w:p>
        </w:tc>
        <w:tc>
          <w:tcPr>
            <w:tcW w:w="2700" w:type="dxa"/>
            <w:vAlign w:val="center"/>
          </w:tcPr>
          <w:p w14:paraId="233C826F"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Correspondence Address</w:t>
            </w:r>
          </w:p>
        </w:tc>
        <w:tc>
          <w:tcPr>
            <w:tcW w:w="4860" w:type="dxa"/>
            <w:vAlign w:val="center"/>
          </w:tcPr>
          <w:p w14:paraId="6364A381"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622AE2FF" w14:textId="77777777" w:rsidTr="001E0A6D">
        <w:tc>
          <w:tcPr>
            <w:tcW w:w="715" w:type="dxa"/>
            <w:vAlign w:val="center"/>
          </w:tcPr>
          <w:p w14:paraId="5CD997EE"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8</w:t>
            </w:r>
          </w:p>
        </w:tc>
        <w:tc>
          <w:tcPr>
            <w:tcW w:w="2700" w:type="dxa"/>
            <w:vAlign w:val="center"/>
          </w:tcPr>
          <w:p w14:paraId="22A6721C"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Permanent Address</w:t>
            </w:r>
          </w:p>
        </w:tc>
        <w:tc>
          <w:tcPr>
            <w:tcW w:w="4860" w:type="dxa"/>
            <w:vAlign w:val="center"/>
          </w:tcPr>
          <w:p w14:paraId="66745E2F"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70EFFB1A" w14:textId="77777777" w:rsidTr="001E0A6D">
        <w:tc>
          <w:tcPr>
            <w:tcW w:w="715" w:type="dxa"/>
            <w:vAlign w:val="center"/>
          </w:tcPr>
          <w:p w14:paraId="2253412E"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9</w:t>
            </w:r>
          </w:p>
        </w:tc>
        <w:tc>
          <w:tcPr>
            <w:tcW w:w="2700" w:type="dxa"/>
            <w:vAlign w:val="center"/>
          </w:tcPr>
          <w:p w14:paraId="6EF854CE"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Mobile Number</w:t>
            </w:r>
          </w:p>
        </w:tc>
        <w:tc>
          <w:tcPr>
            <w:tcW w:w="4860" w:type="dxa"/>
            <w:vAlign w:val="center"/>
          </w:tcPr>
          <w:p w14:paraId="47DA4D89"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1F23D693" w14:textId="77777777" w:rsidTr="001E0A6D">
        <w:tc>
          <w:tcPr>
            <w:tcW w:w="715" w:type="dxa"/>
            <w:vAlign w:val="center"/>
          </w:tcPr>
          <w:p w14:paraId="4181109A"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10</w:t>
            </w:r>
          </w:p>
        </w:tc>
        <w:tc>
          <w:tcPr>
            <w:tcW w:w="2700" w:type="dxa"/>
            <w:vAlign w:val="center"/>
          </w:tcPr>
          <w:p w14:paraId="0F66BD0A"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Email Address</w:t>
            </w:r>
          </w:p>
        </w:tc>
        <w:tc>
          <w:tcPr>
            <w:tcW w:w="4860" w:type="dxa"/>
            <w:vAlign w:val="center"/>
          </w:tcPr>
          <w:p w14:paraId="736EDAFB"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7B10D821" w14:textId="77777777" w:rsidTr="001E0A6D">
        <w:tc>
          <w:tcPr>
            <w:tcW w:w="715" w:type="dxa"/>
            <w:vAlign w:val="center"/>
          </w:tcPr>
          <w:p w14:paraId="3CEB950D"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11</w:t>
            </w:r>
          </w:p>
        </w:tc>
        <w:tc>
          <w:tcPr>
            <w:tcW w:w="2700" w:type="dxa"/>
            <w:vAlign w:val="center"/>
          </w:tcPr>
          <w:p w14:paraId="34C1F0C9"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Present Designation (if employed)</w:t>
            </w:r>
          </w:p>
        </w:tc>
        <w:tc>
          <w:tcPr>
            <w:tcW w:w="4860" w:type="dxa"/>
            <w:vAlign w:val="center"/>
          </w:tcPr>
          <w:p w14:paraId="0F3F196D"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4C552357" w14:textId="77777777" w:rsidTr="001E0A6D">
        <w:tc>
          <w:tcPr>
            <w:tcW w:w="715" w:type="dxa"/>
            <w:vAlign w:val="center"/>
          </w:tcPr>
          <w:p w14:paraId="50405E21"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12</w:t>
            </w:r>
          </w:p>
        </w:tc>
        <w:tc>
          <w:tcPr>
            <w:tcW w:w="2700" w:type="dxa"/>
            <w:vAlign w:val="center"/>
          </w:tcPr>
          <w:p w14:paraId="5067F739"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Present Organization / Office</w:t>
            </w:r>
          </w:p>
        </w:tc>
        <w:tc>
          <w:tcPr>
            <w:tcW w:w="4860" w:type="dxa"/>
            <w:vAlign w:val="center"/>
          </w:tcPr>
          <w:p w14:paraId="3F841A60" w14:textId="77777777" w:rsidR="00A131A0" w:rsidRPr="00160FA2" w:rsidRDefault="00A131A0" w:rsidP="00160FA2">
            <w:pPr>
              <w:spacing w:after="0" w:line="360" w:lineRule="auto"/>
              <w:rPr>
                <w:rFonts w:ascii="Times New Roman" w:hAnsi="Times New Roman" w:cs="Times New Roman"/>
                <w:sz w:val="24"/>
                <w:szCs w:val="24"/>
              </w:rPr>
            </w:pPr>
          </w:p>
        </w:tc>
      </w:tr>
      <w:tr w:rsidR="00A131A0" w:rsidRPr="00160FA2" w14:paraId="4C495C32" w14:textId="77777777" w:rsidTr="001E0A6D">
        <w:tc>
          <w:tcPr>
            <w:tcW w:w="715" w:type="dxa"/>
            <w:vAlign w:val="center"/>
          </w:tcPr>
          <w:p w14:paraId="79399B57"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13</w:t>
            </w:r>
          </w:p>
        </w:tc>
        <w:tc>
          <w:tcPr>
            <w:tcW w:w="2700" w:type="dxa"/>
            <w:vAlign w:val="center"/>
          </w:tcPr>
          <w:p w14:paraId="32095789" w14:textId="77777777" w:rsidR="00A131A0" w:rsidRPr="00160FA2" w:rsidRDefault="00A131A0">
            <w:pPr>
              <w:spacing w:after="0"/>
              <w:rPr>
                <w:rFonts w:ascii="Times New Roman" w:hAnsi="Times New Roman" w:cs="Times New Roman"/>
              </w:rPr>
            </w:pPr>
            <w:r w:rsidRPr="00160FA2">
              <w:rPr>
                <w:rFonts w:ascii="Times New Roman" w:hAnsi="Times New Roman" w:cs="Times New Roman"/>
                <w:sz w:val="16"/>
              </w:rPr>
              <w:t>Whether employed in Central/State Government/PSU/Autonomous Body</w:t>
            </w:r>
          </w:p>
        </w:tc>
        <w:tc>
          <w:tcPr>
            <w:tcW w:w="4860" w:type="dxa"/>
            <w:vAlign w:val="center"/>
          </w:tcPr>
          <w:p w14:paraId="2B6FF112" w14:textId="77777777" w:rsidR="00A131A0" w:rsidRPr="00160FA2" w:rsidRDefault="00A131A0" w:rsidP="00160FA2">
            <w:pPr>
              <w:spacing w:after="0" w:line="360" w:lineRule="auto"/>
              <w:rPr>
                <w:rFonts w:ascii="Times New Roman" w:hAnsi="Times New Roman" w:cs="Times New Roman"/>
                <w:sz w:val="24"/>
                <w:szCs w:val="24"/>
              </w:rPr>
            </w:pPr>
          </w:p>
        </w:tc>
      </w:tr>
    </w:tbl>
    <w:p w14:paraId="3562CB6C" w14:textId="77777777" w:rsidR="00EF48F9" w:rsidRPr="00160FA2" w:rsidRDefault="00311748">
      <w:pPr>
        <w:spacing w:before="80"/>
        <w:rPr>
          <w:rFonts w:ascii="Times New Roman" w:hAnsi="Times New Roman" w:cs="Times New Roman"/>
        </w:rPr>
      </w:pPr>
      <w:r w:rsidRPr="00160FA2">
        <w:rPr>
          <w:rFonts w:ascii="Times New Roman" w:hAnsi="Times New Roman" w:cs="Times New Roman"/>
          <w:b/>
          <w:sz w:val="21"/>
        </w:rPr>
        <w:lastRenderedPageBreak/>
        <w:t>B. EDUCATIONAL / TECHNICAL QUALIFICATIONS</w:t>
      </w:r>
    </w:p>
    <w:tbl>
      <w:tblPr>
        <w:tblStyle w:val="TableGrid"/>
        <w:tblW w:w="0" w:type="auto"/>
        <w:tblLook w:val="04A0" w:firstRow="1" w:lastRow="0" w:firstColumn="1" w:lastColumn="0" w:noHBand="0" w:noVBand="1"/>
      </w:tblPr>
      <w:tblGrid>
        <w:gridCol w:w="1799"/>
        <w:gridCol w:w="1798"/>
        <w:gridCol w:w="1798"/>
        <w:gridCol w:w="1798"/>
        <w:gridCol w:w="1798"/>
        <w:gridCol w:w="1799"/>
      </w:tblGrid>
      <w:tr w:rsidR="00EF48F9" w:rsidRPr="00160FA2" w14:paraId="757D4781" w14:textId="77777777" w:rsidTr="00160FA2">
        <w:tc>
          <w:tcPr>
            <w:tcW w:w="1799" w:type="dxa"/>
            <w:shd w:val="clear" w:color="auto" w:fill="D9E1F2"/>
            <w:vAlign w:val="center"/>
          </w:tcPr>
          <w:p w14:paraId="2A22CAB3"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Qualification</w:t>
            </w:r>
          </w:p>
        </w:tc>
        <w:tc>
          <w:tcPr>
            <w:tcW w:w="1798" w:type="dxa"/>
            <w:shd w:val="clear" w:color="auto" w:fill="D9E1F2"/>
            <w:vAlign w:val="center"/>
          </w:tcPr>
          <w:p w14:paraId="13C6EE0D"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Board / Institute</w:t>
            </w:r>
          </w:p>
        </w:tc>
        <w:tc>
          <w:tcPr>
            <w:tcW w:w="1798" w:type="dxa"/>
            <w:shd w:val="clear" w:color="auto" w:fill="D9E1F2"/>
            <w:vAlign w:val="center"/>
          </w:tcPr>
          <w:p w14:paraId="51A724F7"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Year</w:t>
            </w:r>
          </w:p>
        </w:tc>
        <w:tc>
          <w:tcPr>
            <w:tcW w:w="1798" w:type="dxa"/>
            <w:shd w:val="clear" w:color="auto" w:fill="D9E1F2"/>
            <w:vAlign w:val="center"/>
          </w:tcPr>
          <w:p w14:paraId="1441F312"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Subjects / Trade</w:t>
            </w:r>
          </w:p>
        </w:tc>
        <w:tc>
          <w:tcPr>
            <w:tcW w:w="1798" w:type="dxa"/>
            <w:shd w:val="clear" w:color="auto" w:fill="D9E1F2"/>
            <w:vAlign w:val="center"/>
          </w:tcPr>
          <w:p w14:paraId="4116BD20"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Marks (%) / Grade</w:t>
            </w:r>
          </w:p>
        </w:tc>
        <w:tc>
          <w:tcPr>
            <w:tcW w:w="1799" w:type="dxa"/>
            <w:shd w:val="clear" w:color="auto" w:fill="D9E1F2"/>
            <w:vAlign w:val="center"/>
          </w:tcPr>
          <w:p w14:paraId="20624852"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Certificate Duration</w:t>
            </w:r>
          </w:p>
        </w:tc>
      </w:tr>
      <w:tr w:rsidR="00EF48F9" w:rsidRPr="00160FA2" w14:paraId="69162CBF" w14:textId="77777777" w:rsidTr="00160FA2">
        <w:trPr>
          <w:trHeight w:val="386"/>
        </w:trPr>
        <w:tc>
          <w:tcPr>
            <w:tcW w:w="1799" w:type="dxa"/>
            <w:vAlign w:val="center"/>
          </w:tcPr>
          <w:p w14:paraId="622D1845"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77090B5F"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31062277"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5364F8BC"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63A72567" w14:textId="77777777" w:rsidR="00EF48F9" w:rsidRPr="00160FA2" w:rsidRDefault="00EF48F9">
            <w:pPr>
              <w:spacing w:after="0"/>
              <w:rPr>
                <w:rFonts w:ascii="Times New Roman" w:hAnsi="Times New Roman" w:cs="Times New Roman"/>
                <w:sz w:val="44"/>
                <w:szCs w:val="44"/>
              </w:rPr>
            </w:pPr>
          </w:p>
        </w:tc>
        <w:tc>
          <w:tcPr>
            <w:tcW w:w="1799" w:type="dxa"/>
            <w:vAlign w:val="center"/>
          </w:tcPr>
          <w:p w14:paraId="1E52C9D8" w14:textId="77777777" w:rsidR="00EF48F9" w:rsidRPr="00160FA2" w:rsidRDefault="00EF48F9">
            <w:pPr>
              <w:spacing w:after="0"/>
              <w:rPr>
                <w:rFonts w:ascii="Times New Roman" w:hAnsi="Times New Roman" w:cs="Times New Roman"/>
                <w:sz w:val="44"/>
                <w:szCs w:val="44"/>
              </w:rPr>
            </w:pPr>
          </w:p>
        </w:tc>
      </w:tr>
      <w:tr w:rsidR="00EF48F9" w:rsidRPr="00160FA2" w14:paraId="57A64DE1" w14:textId="77777777" w:rsidTr="00160FA2">
        <w:tc>
          <w:tcPr>
            <w:tcW w:w="1799" w:type="dxa"/>
            <w:vAlign w:val="center"/>
          </w:tcPr>
          <w:p w14:paraId="12BF8DF5"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59B59910"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26BDE955"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5EAD38A5"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3662F8D2" w14:textId="77777777" w:rsidR="00EF48F9" w:rsidRPr="00160FA2" w:rsidRDefault="00EF48F9">
            <w:pPr>
              <w:spacing w:after="0"/>
              <w:rPr>
                <w:rFonts w:ascii="Times New Roman" w:hAnsi="Times New Roman" w:cs="Times New Roman"/>
                <w:sz w:val="44"/>
                <w:szCs w:val="44"/>
              </w:rPr>
            </w:pPr>
          </w:p>
        </w:tc>
        <w:tc>
          <w:tcPr>
            <w:tcW w:w="1799" w:type="dxa"/>
            <w:vAlign w:val="center"/>
          </w:tcPr>
          <w:p w14:paraId="0DF052D4" w14:textId="77777777" w:rsidR="00EF48F9" w:rsidRPr="00160FA2" w:rsidRDefault="00EF48F9">
            <w:pPr>
              <w:spacing w:after="0"/>
              <w:rPr>
                <w:rFonts w:ascii="Times New Roman" w:hAnsi="Times New Roman" w:cs="Times New Roman"/>
                <w:sz w:val="44"/>
                <w:szCs w:val="44"/>
              </w:rPr>
            </w:pPr>
          </w:p>
        </w:tc>
      </w:tr>
      <w:tr w:rsidR="00EF48F9" w:rsidRPr="00160FA2" w14:paraId="5767300D" w14:textId="77777777" w:rsidTr="00160FA2">
        <w:tc>
          <w:tcPr>
            <w:tcW w:w="1799" w:type="dxa"/>
            <w:vAlign w:val="center"/>
          </w:tcPr>
          <w:p w14:paraId="220699CA"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7246A72E"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1B8896E2"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621129A7"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4777C56F" w14:textId="77777777" w:rsidR="00EF48F9" w:rsidRPr="00160FA2" w:rsidRDefault="00EF48F9">
            <w:pPr>
              <w:spacing w:after="0"/>
              <w:rPr>
                <w:rFonts w:ascii="Times New Roman" w:hAnsi="Times New Roman" w:cs="Times New Roman"/>
                <w:sz w:val="44"/>
                <w:szCs w:val="44"/>
              </w:rPr>
            </w:pPr>
          </w:p>
        </w:tc>
        <w:tc>
          <w:tcPr>
            <w:tcW w:w="1799" w:type="dxa"/>
            <w:vAlign w:val="center"/>
          </w:tcPr>
          <w:p w14:paraId="58DDFE07" w14:textId="77777777" w:rsidR="00EF48F9" w:rsidRPr="00160FA2" w:rsidRDefault="00EF48F9">
            <w:pPr>
              <w:spacing w:after="0"/>
              <w:rPr>
                <w:rFonts w:ascii="Times New Roman" w:hAnsi="Times New Roman" w:cs="Times New Roman"/>
                <w:sz w:val="44"/>
                <w:szCs w:val="44"/>
              </w:rPr>
            </w:pPr>
          </w:p>
        </w:tc>
      </w:tr>
      <w:tr w:rsidR="00EF48F9" w:rsidRPr="00160FA2" w14:paraId="1D1928AE" w14:textId="77777777" w:rsidTr="00160FA2">
        <w:tc>
          <w:tcPr>
            <w:tcW w:w="1799" w:type="dxa"/>
            <w:vAlign w:val="center"/>
          </w:tcPr>
          <w:p w14:paraId="2CAB56F0"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44330476"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743F0372"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307431CA" w14:textId="77777777" w:rsidR="00EF48F9" w:rsidRPr="00160FA2" w:rsidRDefault="00EF48F9">
            <w:pPr>
              <w:spacing w:after="0"/>
              <w:rPr>
                <w:rFonts w:ascii="Times New Roman" w:hAnsi="Times New Roman" w:cs="Times New Roman"/>
                <w:sz w:val="44"/>
                <w:szCs w:val="44"/>
              </w:rPr>
            </w:pPr>
          </w:p>
        </w:tc>
        <w:tc>
          <w:tcPr>
            <w:tcW w:w="1798" w:type="dxa"/>
            <w:vAlign w:val="center"/>
          </w:tcPr>
          <w:p w14:paraId="74A6D225" w14:textId="77777777" w:rsidR="00EF48F9" w:rsidRPr="00160FA2" w:rsidRDefault="00EF48F9">
            <w:pPr>
              <w:spacing w:after="0"/>
              <w:rPr>
                <w:rFonts w:ascii="Times New Roman" w:hAnsi="Times New Roman" w:cs="Times New Roman"/>
                <w:sz w:val="44"/>
                <w:szCs w:val="44"/>
              </w:rPr>
            </w:pPr>
          </w:p>
        </w:tc>
        <w:tc>
          <w:tcPr>
            <w:tcW w:w="1799" w:type="dxa"/>
            <w:vAlign w:val="center"/>
          </w:tcPr>
          <w:p w14:paraId="3ED8C562" w14:textId="77777777" w:rsidR="00EF48F9" w:rsidRPr="00160FA2" w:rsidRDefault="00EF48F9">
            <w:pPr>
              <w:spacing w:after="0"/>
              <w:rPr>
                <w:rFonts w:ascii="Times New Roman" w:hAnsi="Times New Roman" w:cs="Times New Roman"/>
                <w:sz w:val="44"/>
                <w:szCs w:val="44"/>
              </w:rPr>
            </w:pPr>
          </w:p>
        </w:tc>
      </w:tr>
    </w:tbl>
    <w:p w14:paraId="4FD10A77" w14:textId="77777777" w:rsidR="00160FA2" w:rsidRDefault="00160FA2" w:rsidP="00160FA2">
      <w:pPr>
        <w:spacing w:before="80" w:line="480" w:lineRule="auto"/>
        <w:rPr>
          <w:rFonts w:ascii="Times New Roman" w:hAnsi="Times New Roman" w:cs="Times New Roman"/>
          <w:b/>
          <w:sz w:val="21"/>
        </w:rPr>
      </w:pPr>
    </w:p>
    <w:p w14:paraId="5E5F4B14" w14:textId="77777777" w:rsidR="00EF48F9" w:rsidRPr="00160FA2" w:rsidRDefault="00311748" w:rsidP="00160FA2">
      <w:pPr>
        <w:spacing w:before="80" w:line="480" w:lineRule="auto"/>
        <w:rPr>
          <w:rFonts w:ascii="Times New Roman" w:hAnsi="Times New Roman" w:cs="Times New Roman"/>
        </w:rPr>
      </w:pPr>
      <w:r w:rsidRPr="00160FA2">
        <w:rPr>
          <w:rFonts w:ascii="Times New Roman" w:hAnsi="Times New Roman" w:cs="Times New Roman"/>
          <w:b/>
          <w:sz w:val="21"/>
        </w:rPr>
        <w:t>C. ITI / TRADE CERTIFICATE DETAILS</w:t>
      </w:r>
    </w:p>
    <w:p w14:paraId="08D01830"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Trade: __________________________    NCVT / SCVT / Other recognized authority: ______________________________</w:t>
      </w:r>
    </w:p>
    <w:p w14:paraId="323C8C5B"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Certificate No.: __________________    Duration: ______________    Date of award: __________________</w:t>
      </w:r>
    </w:p>
    <w:p w14:paraId="57E14B42" w14:textId="77777777" w:rsidR="00EF48F9" w:rsidRPr="00160FA2" w:rsidRDefault="00311748">
      <w:pPr>
        <w:spacing w:before="80"/>
        <w:rPr>
          <w:rFonts w:ascii="Times New Roman" w:hAnsi="Times New Roman" w:cs="Times New Roman"/>
        </w:rPr>
      </w:pPr>
      <w:r w:rsidRPr="00160FA2">
        <w:rPr>
          <w:rFonts w:ascii="Times New Roman" w:hAnsi="Times New Roman" w:cs="Times New Roman"/>
          <w:b/>
          <w:sz w:val="21"/>
        </w:rPr>
        <w:t>D. RELEVANT EXPERIENCE (AFTER OBTAINING THE REQUISITE QUALIFICATION)</w:t>
      </w:r>
    </w:p>
    <w:tbl>
      <w:tblPr>
        <w:tblStyle w:val="TableGrid"/>
        <w:tblW w:w="0" w:type="auto"/>
        <w:tblLook w:val="04A0" w:firstRow="1" w:lastRow="0" w:firstColumn="1" w:lastColumn="0" w:noHBand="0" w:noVBand="1"/>
      </w:tblPr>
      <w:tblGrid>
        <w:gridCol w:w="1799"/>
        <w:gridCol w:w="1798"/>
        <w:gridCol w:w="1798"/>
        <w:gridCol w:w="1798"/>
        <w:gridCol w:w="1798"/>
        <w:gridCol w:w="1799"/>
      </w:tblGrid>
      <w:tr w:rsidR="00EF48F9" w:rsidRPr="00160FA2" w14:paraId="0C5A3996" w14:textId="77777777" w:rsidTr="00160FA2">
        <w:tc>
          <w:tcPr>
            <w:tcW w:w="1799" w:type="dxa"/>
            <w:shd w:val="clear" w:color="auto" w:fill="D9E1F2"/>
            <w:vAlign w:val="center"/>
          </w:tcPr>
          <w:p w14:paraId="791118C3"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Organization</w:t>
            </w:r>
          </w:p>
        </w:tc>
        <w:tc>
          <w:tcPr>
            <w:tcW w:w="1798" w:type="dxa"/>
            <w:shd w:val="clear" w:color="auto" w:fill="D9E1F2"/>
            <w:vAlign w:val="center"/>
          </w:tcPr>
          <w:p w14:paraId="1FEFDF5D"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Post / Work</w:t>
            </w:r>
          </w:p>
        </w:tc>
        <w:tc>
          <w:tcPr>
            <w:tcW w:w="1798" w:type="dxa"/>
            <w:shd w:val="clear" w:color="auto" w:fill="D9E1F2"/>
            <w:vAlign w:val="center"/>
          </w:tcPr>
          <w:p w14:paraId="5058A343"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From</w:t>
            </w:r>
          </w:p>
        </w:tc>
        <w:tc>
          <w:tcPr>
            <w:tcW w:w="1798" w:type="dxa"/>
            <w:shd w:val="clear" w:color="auto" w:fill="D9E1F2"/>
            <w:vAlign w:val="center"/>
          </w:tcPr>
          <w:p w14:paraId="737C2F2F"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To</w:t>
            </w:r>
          </w:p>
        </w:tc>
        <w:tc>
          <w:tcPr>
            <w:tcW w:w="1798" w:type="dxa"/>
            <w:shd w:val="clear" w:color="auto" w:fill="D9E1F2"/>
            <w:vAlign w:val="center"/>
          </w:tcPr>
          <w:p w14:paraId="7E2B02D9"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Duration</w:t>
            </w:r>
          </w:p>
        </w:tc>
        <w:tc>
          <w:tcPr>
            <w:tcW w:w="1799" w:type="dxa"/>
            <w:shd w:val="clear" w:color="auto" w:fill="D9E1F2"/>
            <w:vAlign w:val="center"/>
          </w:tcPr>
          <w:p w14:paraId="53194ADF"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5"/>
              </w:rPr>
              <w:t>Nature of duties / equipment handled</w:t>
            </w:r>
          </w:p>
        </w:tc>
      </w:tr>
      <w:tr w:rsidR="00EF48F9" w:rsidRPr="00160FA2" w14:paraId="5A42596F" w14:textId="77777777" w:rsidTr="00160FA2">
        <w:tc>
          <w:tcPr>
            <w:tcW w:w="1799" w:type="dxa"/>
            <w:vAlign w:val="center"/>
          </w:tcPr>
          <w:p w14:paraId="7C5FEA88"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06B568B5"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787EA09F"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2CE4EECC"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65A9C553" w14:textId="77777777" w:rsidR="00EF48F9" w:rsidRPr="00160FA2" w:rsidRDefault="00EF48F9">
            <w:pPr>
              <w:spacing w:after="0"/>
              <w:rPr>
                <w:rFonts w:ascii="Times New Roman" w:hAnsi="Times New Roman" w:cs="Times New Roman"/>
                <w:sz w:val="36"/>
                <w:szCs w:val="36"/>
              </w:rPr>
            </w:pPr>
          </w:p>
        </w:tc>
        <w:tc>
          <w:tcPr>
            <w:tcW w:w="1799" w:type="dxa"/>
            <w:vAlign w:val="center"/>
          </w:tcPr>
          <w:p w14:paraId="3D03EA5A" w14:textId="77777777" w:rsidR="00EF48F9" w:rsidRPr="00160FA2" w:rsidRDefault="00EF48F9">
            <w:pPr>
              <w:spacing w:after="0"/>
              <w:rPr>
                <w:rFonts w:ascii="Times New Roman" w:hAnsi="Times New Roman" w:cs="Times New Roman"/>
                <w:sz w:val="36"/>
                <w:szCs w:val="36"/>
              </w:rPr>
            </w:pPr>
          </w:p>
        </w:tc>
      </w:tr>
      <w:tr w:rsidR="00EF48F9" w:rsidRPr="00160FA2" w14:paraId="63391C7B" w14:textId="77777777" w:rsidTr="00160FA2">
        <w:tc>
          <w:tcPr>
            <w:tcW w:w="1799" w:type="dxa"/>
            <w:vAlign w:val="center"/>
          </w:tcPr>
          <w:p w14:paraId="3E6DCFE4"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15CD2C22"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7B22C0B5"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7F47CDF8"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00B5AACB" w14:textId="77777777" w:rsidR="00EF48F9" w:rsidRPr="00160FA2" w:rsidRDefault="00EF48F9">
            <w:pPr>
              <w:spacing w:after="0"/>
              <w:rPr>
                <w:rFonts w:ascii="Times New Roman" w:hAnsi="Times New Roman" w:cs="Times New Roman"/>
                <w:sz w:val="36"/>
                <w:szCs w:val="36"/>
              </w:rPr>
            </w:pPr>
          </w:p>
        </w:tc>
        <w:tc>
          <w:tcPr>
            <w:tcW w:w="1799" w:type="dxa"/>
            <w:vAlign w:val="center"/>
          </w:tcPr>
          <w:p w14:paraId="5465DF6C" w14:textId="77777777" w:rsidR="00EF48F9" w:rsidRPr="00160FA2" w:rsidRDefault="00EF48F9">
            <w:pPr>
              <w:spacing w:after="0"/>
              <w:rPr>
                <w:rFonts w:ascii="Times New Roman" w:hAnsi="Times New Roman" w:cs="Times New Roman"/>
                <w:sz w:val="36"/>
                <w:szCs w:val="36"/>
              </w:rPr>
            </w:pPr>
          </w:p>
        </w:tc>
      </w:tr>
      <w:tr w:rsidR="00EF48F9" w:rsidRPr="00160FA2" w14:paraId="72A7CDC1" w14:textId="77777777" w:rsidTr="00160FA2">
        <w:tc>
          <w:tcPr>
            <w:tcW w:w="1799" w:type="dxa"/>
            <w:vAlign w:val="center"/>
          </w:tcPr>
          <w:p w14:paraId="210695B8"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14AA7110"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69C035A5"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0DD6FC0C"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0B900A91" w14:textId="77777777" w:rsidR="00EF48F9" w:rsidRPr="00160FA2" w:rsidRDefault="00EF48F9">
            <w:pPr>
              <w:spacing w:after="0"/>
              <w:rPr>
                <w:rFonts w:ascii="Times New Roman" w:hAnsi="Times New Roman" w:cs="Times New Roman"/>
                <w:sz w:val="36"/>
                <w:szCs w:val="36"/>
              </w:rPr>
            </w:pPr>
          </w:p>
        </w:tc>
        <w:tc>
          <w:tcPr>
            <w:tcW w:w="1799" w:type="dxa"/>
            <w:vAlign w:val="center"/>
          </w:tcPr>
          <w:p w14:paraId="2FF2049D" w14:textId="77777777" w:rsidR="00EF48F9" w:rsidRPr="00160FA2" w:rsidRDefault="00EF48F9">
            <w:pPr>
              <w:spacing w:after="0"/>
              <w:rPr>
                <w:rFonts w:ascii="Times New Roman" w:hAnsi="Times New Roman" w:cs="Times New Roman"/>
                <w:sz w:val="36"/>
                <w:szCs w:val="36"/>
              </w:rPr>
            </w:pPr>
          </w:p>
        </w:tc>
      </w:tr>
      <w:tr w:rsidR="00EF48F9" w:rsidRPr="00160FA2" w14:paraId="384144E2" w14:textId="77777777" w:rsidTr="00160FA2">
        <w:tc>
          <w:tcPr>
            <w:tcW w:w="1799" w:type="dxa"/>
            <w:vAlign w:val="center"/>
          </w:tcPr>
          <w:p w14:paraId="2A8D5356"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0AC2C537"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6D148095"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4695B769"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78AA048B" w14:textId="77777777" w:rsidR="00EF48F9" w:rsidRPr="00160FA2" w:rsidRDefault="00EF48F9">
            <w:pPr>
              <w:spacing w:after="0"/>
              <w:rPr>
                <w:rFonts w:ascii="Times New Roman" w:hAnsi="Times New Roman" w:cs="Times New Roman"/>
                <w:sz w:val="36"/>
                <w:szCs w:val="36"/>
              </w:rPr>
            </w:pPr>
          </w:p>
        </w:tc>
        <w:tc>
          <w:tcPr>
            <w:tcW w:w="1799" w:type="dxa"/>
            <w:vAlign w:val="center"/>
          </w:tcPr>
          <w:p w14:paraId="2D7D3AB0" w14:textId="77777777" w:rsidR="00EF48F9" w:rsidRPr="00160FA2" w:rsidRDefault="00EF48F9">
            <w:pPr>
              <w:spacing w:after="0"/>
              <w:rPr>
                <w:rFonts w:ascii="Times New Roman" w:hAnsi="Times New Roman" w:cs="Times New Roman"/>
                <w:sz w:val="36"/>
                <w:szCs w:val="36"/>
              </w:rPr>
            </w:pPr>
          </w:p>
        </w:tc>
      </w:tr>
      <w:tr w:rsidR="00EF48F9" w:rsidRPr="00160FA2" w14:paraId="05C596F6" w14:textId="77777777" w:rsidTr="00160FA2">
        <w:tc>
          <w:tcPr>
            <w:tcW w:w="1799" w:type="dxa"/>
            <w:vAlign w:val="center"/>
          </w:tcPr>
          <w:p w14:paraId="3AFC6EDD"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0135E92F"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0C3F5BD6"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75B2D737" w14:textId="77777777" w:rsidR="00EF48F9" w:rsidRPr="00160FA2" w:rsidRDefault="00EF48F9">
            <w:pPr>
              <w:spacing w:after="0"/>
              <w:rPr>
                <w:rFonts w:ascii="Times New Roman" w:hAnsi="Times New Roman" w:cs="Times New Roman"/>
                <w:sz w:val="36"/>
                <w:szCs w:val="36"/>
              </w:rPr>
            </w:pPr>
          </w:p>
        </w:tc>
        <w:tc>
          <w:tcPr>
            <w:tcW w:w="1798" w:type="dxa"/>
            <w:vAlign w:val="center"/>
          </w:tcPr>
          <w:p w14:paraId="68F74058" w14:textId="77777777" w:rsidR="00EF48F9" w:rsidRPr="00160FA2" w:rsidRDefault="00EF48F9">
            <w:pPr>
              <w:spacing w:after="0"/>
              <w:rPr>
                <w:rFonts w:ascii="Times New Roman" w:hAnsi="Times New Roman" w:cs="Times New Roman"/>
                <w:sz w:val="36"/>
                <w:szCs w:val="36"/>
              </w:rPr>
            </w:pPr>
          </w:p>
        </w:tc>
        <w:tc>
          <w:tcPr>
            <w:tcW w:w="1799" w:type="dxa"/>
            <w:vAlign w:val="center"/>
          </w:tcPr>
          <w:p w14:paraId="706C4CA7" w14:textId="77777777" w:rsidR="00EF48F9" w:rsidRPr="00160FA2" w:rsidRDefault="00EF48F9">
            <w:pPr>
              <w:spacing w:after="0"/>
              <w:rPr>
                <w:rFonts w:ascii="Times New Roman" w:hAnsi="Times New Roman" w:cs="Times New Roman"/>
                <w:sz w:val="36"/>
                <w:szCs w:val="36"/>
              </w:rPr>
            </w:pPr>
          </w:p>
        </w:tc>
      </w:tr>
    </w:tbl>
    <w:p w14:paraId="3DDD0AB5" w14:textId="77777777" w:rsidR="00EF48F9" w:rsidRPr="00160FA2" w:rsidRDefault="00311748">
      <w:pPr>
        <w:rPr>
          <w:rFonts w:ascii="Times New Roman" w:hAnsi="Times New Roman" w:cs="Times New Roman"/>
        </w:rPr>
      </w:pPr>
      <w:r w:rsidRPr="00160FA2">
        <w:rPr>
          <w:rFonts w:ascii="Times New Roman" w:hAnsi="Times New Roman" w:cs="Times New Roman"/>
        </w:rPr>
        <w:t xml:space="preserve">Total relevant post-qualification experience: ______ </w:t>
      </w:r>
      <w:proofErr w:type="gramStart"/>
      <w:r w:rsidRPr="00160FA2">
        <w:rPr>
          <w:rFonts w:ascii="Times New Roman" w:hAnsi="Times New Roman" w:cs="Times New Roman"/>
        </w:rPr>
        <w:t>years</w:t>
      </w:r>
      <w:proofErr w:type="gramEnd"/>
      <w:r w:rsidRPr="00160FA2">
        <w:rPr>
          <w:rFonts w:ascii="Times New Roman" w:hAnsi="Times New Roman" w:cs="Times New Roman"/>
        </w:rPr>
        <w:t xml:space="preserve"> ______ months.</w:t>
      </w:r>
    </w:p>
    <w:p w14:paraId="218B4994" w14:textId="77777777" w:rsidR="00160FA2" w:rsidRDefault="00160FA2">
      <w:pPr>
        <w:spacing w:before="80"/>
        <w:rPr>
          <w:rFonts w:ascii="Times New Roman" w:hAnsi="Times New Roman" w:cs="Times New Roman"/>
          <w:b/>
          <w:sz w:val="21"/>
        </w:rPr>
      </w:pPr>
    </w:p>
    <w:p w14:paraId="63F0942C" w14:textId="77777777" w:rsidR="00EF48F9" w:rsidRPr="00160FA2" w:rsidRDefault="00311748">
      <w:pPr>
        <w:spacing w:before="80"/>
        <w:rPr>
          <w:rFonts w:ascii="Times New Roman" w:hAnsi="Times New Roman" w:cs="Times New Roman"/>
        </w:rPr>
      </w:pPr>
      <w:r w:rsidRPr="00160FA2">
        <w:rPr>
          <w:rFonts w:ascii="Times New Roman" w:hAnsi="Times New Roman" w:cs="Times New Roman"/>
          <w:b/>
          <w:sz w:val="21"/>
        </w:rPr>
        <w:t>E. TRADE-SPECIFIC EXPERIENCE / SKILLS</w:t>
      </w:r>
    </w:p>
    <w:tbl>
      <w:tblPr>
        <w:tblStyle w:val="TableGrid"/>
        <w:tblW w:w="0" w:type="auto"/>
        <w:tblLook w:val="04A0" w:firstRow="1" w:lastRow="0" w:firstColumn="1" w:lastColumn="0" w:noHBand="0" w:noVBand="1"/>
      </w:tblPr>
      <w:tblGrid>
        <w:gridCol w:w="4855"/>
        <w:gridCol w:w="5935"/>
      </w:tblGrid>
      <w:tr w:rsidR="00EF48F9" w:rsidRPr="00160FA2" w14:paraId="5B34017E" w14:textId="77777777" w:rsidTr="00160FA2">
        <w:tc>
          <w:tcPr>
            <w:tcW w:w="4855" w:type="dxa"/>
            <w:shd w:val="clear" w:color="auto" w:fill="D9E1F2"/>
            <w:vAlign w:val="center"/>
          </w:tcPr>
          <w:p w14:paraId="1F7154B2"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6"/>
              </w:rPr>
              <w:t>Area</w:t>
            </w:r>
          </w:p>
        </w:tc>
        <w:tc>
          <w:tcPr>
            <w:tcW w:w="5935" w:type="dxa"/>
            <w:shd w:val="clear" w:color="auto" w:fill="D9E1F2"/>
            <w:vAlign w:val="center"/>
          </w:tcPr>
          <w:p w14:paraId="59CAFC0A" w14:textId="77777777" w:rsidR="00EF48F9" w:rsidRPr="00160FA2" w:rsidRDefault="00311748">
            <w:pPr>
              <w:spacing w:after="0"/>
              <w:rPr>
                <w:rFonts w:ascii="Times New Roman" w:hAnsi="Times New Roman" w:cs="Times New Roman"/>
              </w:rPr>
            </w:pPr>
            <w:r w:rsidRPr="00160FA2">
              <w:rPr>
                <w:rFonts w:ascii="Times New Roman" w:hAnsi="Times New Roman" w:cs="Times New Roman"/>
                <w:b/>
                <w:sz w:val="16"/>
              </w:rPr>
              <w:t>Brief details / years of experience</w:t>
            </w:r>
          </w:p>
        </w:tc>
      </w:tr>
      <w:tr w:rsidR="00EF48F9" w:rsidRPr="00160FA2" w14:paraId="49AF6ADF" w14:textId="77777777" w:rsidTr="00160FA2">
        <w:tc>
          <w:tcPr>
            <w:tcW w:w="4855" w:type="dxa"/>
            <w:vAlign w:val="center"/>
          </w:tcPr>
          <w:p w14:paraId="752A3442" w14:textId="77777777" w:rsidR="00EF48F9" w:rsidRPr="00160FA2" w:rsidRDefault="00311748" w:rsidP="00160FA2">
            <w:pPr>
              <w:spacing w:after="0"/>
              <w:jc w:val="both"/>
              <w:rPr>
                <w:rFonts w:ascii="Times New Roman" w:hAnsi="Times New Roman" w:cs="Times New Roman"/>
              </w:rPr>
            </w:pPr>
            <w:r w:rsidRPr="00160FA2">
              <w:rPr>
                <w:rFonts w:ascii="Times New Roman" w:hAnsi="Times New Roman" w:cs="Times New Roman"/>
                <w:sz w:val="16"/>
              </w:rPr>
              <w:t>Principal trade skills; machinery/equipment/systems handled; maintenance/installation work; safety-related responsibilities relevant to the Post Code applied for.</w:t>
            </w:r>
          </w:p>
        </w:tc>
        <w:tc>
          <w:tcPr>
            <w:tcW w:w="5935" w:type="dxa"/>
            <w:vAlign w:val="center"/>
          </w:tcPr>
          <w:p w14:paraId="1BE18B57" w14:textId="77777777" w:rsidR="00EF48F9" w:rsidRDefault="00EF48F9">
            <w:pPr>
              <w:spacing w:after="0"/>
              <w:rPr>
                <w:rFonts w:ascii="Times New Roman" w:hAnsi="Times New Roman" w:cs="Times New Roman"/>
              </w:rPr>
            </w:pPr>
          </w:p>
          <w:p w14:paraId="36AB43BA" w14:textId="77777777" w:rsidR="00160FA2" w:rsidRDefault="00160FA2">
            <w:pPr>
              <w:spacing w:after="0"/>
              <w:rPr>
                <w:rFonts w:ascii="Times New Roman" w:hAnsi="Times New Roman" w:cs="Times New Roman"/>
              </w:rPr>
            </w:pPr>
          </w:p>
          <w:p w14:paraId="6351F61C" w14:textId="77777777" w:rsidR="00160FA2" w:rsidRDefault="00160FA2">
            <w:pPr>
              <w:spacing w:after="0"/>
              <w:rPr>
                <w:rFonts w:ascii="Times New Roman" w:hAnsi="Times New Roman" w:cs="Times New Roman"/>
              </w:rPr>
            </w:pPr>
          </w:p>
          <w:p w14:paraId="5A5B6B35" w14:textId="77777777" w:rsidR="00160FA2" w:rsidRDefault="00160FA2">
            <w:pPr>
              <w:spacing w:after="0"/>
              <w:rPr>
                <w:rFonts w:ascii="Times New Roman" w:hAnsi="Times New Roman" w:cs="Times New Roman"/>
              </w:rPr>
            </w:pPr>
          </w:p>
          <w:p w14:paraId="6F23C0FC" w14:textId="77777777" w:rsidR="00160FA2" w:rsidRPr="00160FA2" w:rsidRDefault="00160FA2">
            <w:pPr>
              <w:spacing w:after="0"/>
              <w:rPr>
                <w:rFonts w:ascii="Times New Roman" w:hAnsi="Times New Roman" w:cs="Times New Roman"/>
              </w:rPr>
            </w:pPr>
          </w:p>
        </w:tc>
      </w:tr>
    </w:tbl>
    <w:p w14:paraId="69A3D96E" w14:textId="77777777" w:rsidR="00EF48F9" w:rsidRPr="00160FA2" w:rsidRDefault="00311748">
      <w:pPr>
        <w:spacing w:before="80"/>
        <w:rPr>
          <w:rFonts w:ascii="Times New Roman" w:hAnsi="Times New Roman" w:cs="Times New Roman"/>
        </w:rPr>
      </w:pPr>
      <w:r w:rsidRPr="00160FA2">
        <w:rPr>
          <w:rFonts w:ascii="Times New Roman" w:hAnsi="Times New Roman" w:cs="Times New Roman"/>
          <w:b/>
          <w:sz w:val="21"/>
        </w:rPr>
        <w:t>F. ADDITIONAL / DESIRABLE QUALIFICATIONS</w:t>
      </w:r>
    </w:p>
    <w:p w14:paraId="4DD94ACB"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Lineman (MV) certificate/licence, if applicable:  Yes / No     Issuing Authority: ______________________________</w:t>
      </w:r>
    </w:p>
    <w:p w14:paraId="241734ED"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Other relevant certificate(s) / training: __________________________________________________________________</w:t>
      </w:r>
    </w:p>
    <w:p w14:paraId="29562025" w14:textId="3D11A7A8" w:rsidR="00EF48F9" w:rsidRPr="00160FA2" w:rsidRDefault="00311748">
      <w:pPr>
        <w:spacing w:before="80"/>
        <w:rPr>
          <w:rFonts w:ascii="Times New Roman" w:hAnsi="Times New Roman" w:cs="Times New Roman"/>
        </w:rPr>
      </w:pPr>
      <w:r w:rsidRPr="00160FA2">
        <w:rPr>
          <w:rFonts w:ascii="Times New Roman" w:hAnsi="Times New Roman" w:cs="Times New Roman"/>
          <w:b/>
          <w:sz w:val="21"/>
        </w:rPr>
        <w:t>G. OTHER INFORMATION</w:t>
      </w:r>
    </w:p>
    <w:p w14:paraId="681C002F"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1. Whether any disciplinary/vigilance case is pending or contemplated against you: Yes / No</w:t>
      </w:r>
    </w:p>
    <w:p w14:paraId="153FF5A0"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 xml:space="preserve">   If yes, give details: __________________________________________________________________________________</w:t>
      </w:r>
    </w:p>
    <w:p w14:paraId="51BEB9D7"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2. Whether any penalty has been imposed during the last 10 years: Yes / No</w:t>
      </w:r>
    </w:p>
    <w:p w14:paraId="1CEC4839"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 xml:space="preserve">   If yes, give details: __________________________________________________________________________________</w:t>
      </w:r>
    </w:p>
    <w:p w14:paraId="2F9B6164"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3. Any other information relevant to your candidature: ________________________________________________________</w:t>
      </w:r>
    </w:p>
    <w:p w14:paraId="05E85500" w14:textId="77777777" w:rsidR="00BA1D57" w:rsidRPr="00160FA2" w:rsidRDefault="00BA1D57">
      <w:pPr>
        <w:spacing w:before="80"/>
        <w:rPr>
          <w:rFonts w:ascii="Times New Roman" w:hAnsi="Times New Roman" w:cs="Times New Roman"/>
          <w:b/>
          <w:sz w:val="21"/>
        </w:rPr>
      </w:pPr>
    </w:p>
    <w:p w14:paraId="76F3F305" w14:textId="1652EA04" w:rsidR="00EF48F9" w:rsidRPr="00160FA2" w:rsidRDefault="00311748">
      <w:pPr>
        <w:spacing w:before="80"/>
        <w:rPr>
          <w:rFonts w:ascii="Times New Roman" w:hAnsi="Times New Roman" w:cs="Times New Roman"/>
        </w:rPr>
      </w:pPr>
      <w:r w:rsidRPr="00160FA2">
        <w:rPr>
          <w:rFonts w:ascii="Times New Roman" w:hAnsi="Times New Roman" w:cs="Times New Roman"/>
          <w:b/>
          <w:sz w:val="21"/>
        </w:rPr>
        <w:lastRenderedPageBreak/>
        <w:t>H. DECLARATION BY THE APPLICANT</w:t>
      </w:r>
    </w:p>
    <w:p w14:paraId="07BF01C7" w14:textId="77777777" w:rsidR="00EF48F9" w:rsidRDefault="00311748" w:rsidP="00625773">
      <w:pPr>
        <w:jc w:val="both"/>
        <w:rPr>
          <w:rFonts w:ascii="Times New Roman" w:hAnsi="Times New Roman" w:cs="Times New Roman"/>
        </w:rPr>
      </w:pPr>
      <w:r w:rsidRPr="00160FA2">
        <w:rPr>
          <w:rFonts w:ascii="Times New Roman" w:hAnsi="Times New Roman" w:cs="Times New Roman"/>
        </w:rPr>
        <w:t>I hereby declare that the information furnished in this application and the documents submitted in support thereof are true, complete and correct to the best of my knowledge and belief. I understand that if any information furnished by me is found to be false, incorrect or suppressed at any stage, my candidature/appointment is liable to be cancelled/terminated in accordance with applicable rules. I have read the advertisement and certify that I fulfil the prescribed eligibility conditions for the Post Code applied for.</w:t>
      </w:r>
    </w:p>
    <w:p w14:paraId="727D19C4" w14:textId="77777777" w:rsidR="00160FA2" w:rsidRPr="00160FA2" w:rsidRDefault="00160FA2">
      <w:pPr>
        <w:rPr>
          <w:rFonts w:ascii="Times New Roman" w:hAnsi="Times New Roman" w:cs="Times New Roman"/>
        </w:rPr>
      </w:pPr>
    </w:p>
    <w:p w14:paraId="45B3E59E" w14:textId="77777777" w:rsidR="00EF48F9" w:rsidRPr="00160FA2" w:rsidRDefault="00311748" w:rsidP="00160FA2">
      <w:pPr>
        <w:spacing w:line="480" w:lineRule="auto"/>
        <w:rPr>
          <w:rFonts w:ascii="Times New Roman" w:hAnsi="Times New Roman" w:cs="Times New Roman"/>
        </w:rPr>
      </w:pPr>
      <w:r w:rsidRPr="00160FA2">
        <w:rPr>
          <w:rFonts w:ascii="Times New Roman" w:hAnsi="Times New Roman" w:cs="Times New Roman"/>
        </w:rPr>
        <w:t>Place: ____________________       Signature of Applicant: ______________________________</w:t>
      </w:r>
    </w:p>
    <w:p w14:paraId="217CAC53" w14:textId="77777777" w:rsidR="00EF48F9" w:rsidRPr="00160FA2" w:rsidRDefault="00311748">
      <w:pPr>
        <w:rPr>
          <w:rFonts w:ascii="Times New Roman" w:hAnsi="Times New Roman" w:cs="Times New Roman"/>
        </w:rPr>
      </w:pPr>
      <w:r w:rsidRPr="00160FA2">
        <w:rPr>
          <w:rFonts w:ascii="Times New Roman" w:hAnsi="Times New Roman" w:cs="Times New Roman"/>
        </w:rPr>
        <w:t>Date: _____________________        Name: _____________________________________________</w:t>
      </w:r>
    </w:p>
    <w:p w14:paraId="47627B6D" w14:textId="77777777" w:rsidR="00BA1D57" w:rsidRPr="00160FA2" w:rsidRDefault="00BA1D57">
      <w:pPr>
        <w:spacing w:before="80"/>
        <w:rPr>
          <w:rFonts w:ascii="Times New Roman" w:hAnsi="Times New Roman" w:cs="Times New Roman"/>
          <w:b/>
          <w:sz w:val="21"/>
        </w:rPr>
      </w:pPr>
    </w:p>
    <w:p w14:paraId="46EBC265" w14:textId="776DB916" w:rsidR="00EF48F9" w:rsidRPr="00160FA2" w:rsidRDefault="00311748">
      <w:pPr>
        <w:spacing w:before="80"/>
        <w:rPr>
          <w:rFonts w:ascii="Times New Roman" w:hAnsi="Times New Roman" w:cs="Times New Roman"/>
        </w:rPr>
      </w:pPr>
      <w:r w:rsidRPr="00160FA2">
        <w:rPr>
          <w:rFonts w:ascii="Times New Roman" w:hAnsi="Times New Roman" w:cs="Times New Roman"/>
          <w:b/>
          <w:sz w:val="21"/>
        </w:rPr>
        <w:t>I. CERTIFICATE BY THE FORWARDING AUTHORITY / EMPLOYER (WHERE APPLICABLE)</w:t>
      </w:r>
    </w:p>
    <w:p w14:paraId="5D8D7927" w14:textId="77777777" w:rsidR="00EF48F9" w:rsidRPr="00160FA2" w:rsidRDefault="00311748" w:rsidP="00625773">
      <w:pPr>
        <w:jc w:val="both"/>
        <w:rPr>
          <w:rFonts w:ascii="Times New Roman" w:hAnsi="Times New Roman" w:cs="Times New Roman"/>
        </w:rPr>
      </w:pPr>
      <w:r w:rsidRPr="00160FA2">
        <w:rPr>
          <w:rFonts w:ascii="Times New Roman" w:hAnsi="Times New Roman" w:cs="Times New Roman"/>
        </w:rPr>
        <w:t>Certified that the particulars furnished by the applicant have been verified from the official records and are correct. It is also certified that no disciplinary/vigilance case is pending or contemplated against the applicant and that the applicant's integrity is certified. In the event of selection, the applicant will be relieved to take up the appointment in accordance with applicable rules.</w:t>
      </w:r>
    </w:p>
    <w:p w14:paraId="346E6FDF" w14:textId="77777777" w:rsidR="00D737E3" w:rsidRDefault="00D737E3" w:rsidP="00160FA2">
      <w:pPr>
        <w:spacing w:line="360" w:lineRule="auto"/>
        <w:rPr>
          <w:rFonts w:ascii="Times New Roman" w:hAnsi="Times New Roman" w:cs="Times New Roman"/>
        </w:rPr>
      </w:pPr>
    </w:p>
    <w:p w14:paraId="176DAC8E" w14:textId="77777777" w:rsidR="00EF48F9" w:rsidRPr="00160FA2" w:rsidRDefault="00311748" w:rsidP="00D737E3">
      <w:pPr>
        <w:spacing w:line="480" w:lineRule="auto"/>
        <w:rPr>
          <w:rFonts w:ascii="Times New Roman" w:hAnsi="Times New Roman" w:cs="Times New Roman"/>
        </w:rPr>
      </w:pPr>
      <w:r w:rsidRPr="00160FA2">
        <w:rPr>
          <w:rFonts w:ascii="Times New Roman" w:hAnsi="Times New Roman" w:cs="Times New Roman"/>
        </w:rPr>
        <w:t>Place: ____________________       Signature of Competent / Forwarding Authority: __________________________</w:t>
      </w:r>
    </w:p>
    <w:p w14:paraId="65817FD4" w14:textId="77777777" w:rsidR="00EF48F9" w:rsidRDefault="00311748" w:rsidP="00D737E3">
      <w:pPr>
        <w:spacing w:line="480" w:lineRule="auto"/>
        <w:rPr>
          <w:rFonts w:ascii="Times New Roman" w:hAnsi="Times New Roman" w:cs="Times New Roman"/>
        </w:rPr>
      </w:pPr>
      <w:r w:rsidRPr="00160FA2">
        <w:rPr>
          <w:rFonts w:ascii="Times New Roman" w:hAnsi="Times New Roman" w:cs="Times New Roman"/>
        </w:rPr>
        <w:t>Date: _____________________        Name &amp; Designation: ______________________________________________</w:t>
      </w:r>
    </w:p>
    <w:p w14:paraId="0B8BEFFC" w14:textId="77777777" w:rsidR="00D737E3" w:rsidRPr="00160FA2" w:rsidRDefault="00D737E3" w:rsidP="00D737E3">
      <w:pPr>
        <w:spacing w:line="480" w:lineRule="auto"/>
        <w:rPr>
          <w:rFonts w:ascii="Times New Roman" w:hAnsi="Times New Roman" w:cs="Times New Roman"/>
        </w:rPr>
      </w:pPr>
    </w:p>
    <w:p w14:paraId="3411C35B" w14:textId="77777777" w:rsidR="00EF48F9" w:rsidRDefault="00311748" w:rsidP="00D737E3">
      <w:pPr>
        <w:spacing w:line="480" w:lineRule="auto"/>
        <w:rPr>
          <w:rFonts w:ascii="Times New Roman" w:hAnsi="Times New Roman" w:cs="Times New Roman"/>
        </w:rPr>
      </w:pPr>
      <w:r w:rsidRPr="00160FA2">
        <w:rPr>
          <w:rFonts w:ascii="Times New Roman" w:hAnsi="Times New Roman" w:cs="Times New Roman"/>
        </w:rPr>
        <w:t>Office Seal: __________________</w:t>
      </w:r>
    </w:p>
    <w:p w14:paraId="39DCC00A" w14:textId="4DD540A5" w:rsidR="00311748" w:rsidRPr="00160FA2" w:rsidRDefault="00311748" w:rsidP="00D737E3">
      <w:pPr>
        <w:spacing w:line="480" w:lineRule="auto"/>
        <w:rPr>
          <w:rFonts w:ascii="Times New Roman" w:hAnsi="Times New Roman" w:cs="Times New Roman"/>
        </w:rPr>
      </w:pPr>
    </w:p>
    <w:p w14:paraId="2862A5E5" w14:textId="091DE53E" w:rsidR="00BA1D57" w:rsidRPr="00160FA2" w:rsidRDefault="00311748">
      <w:pPr>
        <w:spacing w:before="80"/>
        <w:rPr>
          <w:rFonts w:ascii="Times New Roman" w:hAnsi="Times New Roman" w:cs="Times New Roman"/>
          <w:b/>
          <w:sz w:val="21"/>
        </w:rPr>
      </w:pPr>
      <w:r>
        <w:rPr>
          <w:rFonts w:ascii="Times New Roman" w:hAnsi="Times New Roman" w:cs="Times New Roman"/>
          <w:noProof/>
          <w:lang w:val="en-IN" w:eastAsia="en-IN" w:bidi="hi-IN"/>
        </w:rPr>
        <mc:AlternateContent>
          <mc:Choice Requires="wps">
            <w:drawing>
              <wp:anchor distT="0" distB="0" distL="114300" distR="114300" simplePos="0" relativeHeight="251662336" behindDoc="0" locked="0" layoutInCell="1" allowOverlap="1" wp14:anchorId="7AD14221" wp14:editId="20FF0A55">
                <wp:simplePos x="0" y="0"/>
                <wp:positionH relativeFrom="column">
                  <wp:posOffset>303530</wp:posOffset>
                </wp:positionH>
                <wp:positionV relativeFrom="paragraph">
                  <wp:posOffset>27000</wp:posOffset>
                </wp:positionV>
                <wp:extent cx="6019800" cy="4791075"/>
                <wp:effectExtent l="57150" t="19050" r="76200" b="104775"/>
                <wp:wrapNone/>
                <wp:docPr id="3" name="Rectangle 3"/>
                <wp:cNvGraphicFramePr/>
                <a:graphic xmlns:a="http://schemas.openxmlformats.org/drawingml/2006/main">
                  <a:graphicData uri="http://schemas.microsoft.com/office/word/2010/wordprocessingShape">
                    <wps:wsp>
                      <wps:cNvSpPr/>
                      <wps:spPr>
                        <a:xfrm>
                          <a:off x="0" y="0"/>
                          <a:ext cx="6019800" cy="479107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1FC069" id="Rectangle 3" o:spid="_x0000_s1026" style="position:absolute;margin-left:23.9pt;margin-top:2.15pt;width:474pt;height:377.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" filled="f" strokecolor="black [3213]">
                <v:shadow on="t" color="black" opacity="22937f" origin=",.5" offset="0,.63889mm"/>
              </v:rect>
            </w:pict>
          </mc:Fallback>
        </mc:AlternateContent>
      </w:r>
    </w:p>
    <w:p w14:paraId="28803DA5" w14:textId="32B016AC" w:rsidR="00EF48F9" w:rsidRPr="00D737E3" w:rsidRDefault="00311748" w:rsidP="00D737E3">
      <w:pPr>
        <w:spacing w:before="80"/>
        <w:ind w:left="2610"/>
        <w:rPr>
          <w:rFonts w:ascii="Times New Roman" w:hAnsi="Times New Roman" w:cs="Times New Roman"/>
          <w:b/>
          <w:sz w:val="24"/>
          <w:szCs w:val="24"/>
        </w:rPr>
      </w:pPr>
      <w:r w:rsidRPr="00D737E3">
        <w:rPr>
          <w:rFonts w:ascii="Times New Roman" w:hAnsi="Times New Roman" w:cs="Times New Roman"/>
          <w:b/>
          <w:sz w:val="24"/>
          <w:szCs w:val="24"/>
        </w:rPr>
        <w:t>CHECKLIST OF ENCLOSURES</w:t>
      </w:r>
    </w:p>
    <w:tbl>
      <w:tblPr>
        <w:tblStyle w:val="TableGrid"/>
        <w:tblW w:w="8666" w:type="dxa"/>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7709"/>
        <w:gridCol w:w="561"/>
      </w:tblGrid>
      <w:tr w:rsidR="00D737E3" w14:paraId="47873D48" w14:textId="3ED162E1" w:rsidTr="00D737E3">
        <w:tc>
          <w:tcPr>
            <w:tcW w:w="396" w:type="dxa"/>
            <w:vAlign w:val="center"/>
          </w:tcPr>
          <w:p w14:paraId="34198943" w14:textId="1DE09208" w:rsidR="00D737E3" w:rsidRDefault="00D737E3" w:rsidP="00D737E3">
            <w:pPr>
              <w:spacing w:before="80"/>
              <w:rPr>
                <w:rFonts w:ascii="Times New Roman" w:hAnsi="Times New Roman" w:cs="Times New Roman"/>
              </w:rPr>
            </w:pPr>
            <w:r>
              <w:rPr>
                <w:rFonts w:ascii="Times New Roman" w:hAnsi="Times New Roman" w:cs="Times New Roman"/>
              </w:rPr>
              <w:t>1</w:t>
            </w:r>
          </w:p>
        </w:tc>
        <w:tc>
          <w:tcPr>
            <w:tcW w:w="7709" w:type="dxa"/>
            <w:vAlign w:val="center"/>
          </w:tcPr>
          <w:p w14:paraId="4F09D6EE" w14:textId="5592C578"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Completed application form</w:t>
            </w:r>
          </w:p>
        </w:tc>
        <w:tc>
          <w:tcPr>
            <w:tcW w:w="561" w:type="dxa"/>
          </w:tcPr>
          <w:p w14:paraId="01CB1C4C" w14:textId="7643497B"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5D760CE9" w14:textId="680938D1" w:rsidTr="00D737E3">
        <w:tc>
          <w:tcPr>
            <w:tcW w:w="396" w:type="dxa"/>
            <w:vAlign w:val="center"/>
          </w:tcPr>
          <w:p w14:paraId="2A46BE50" w14:textId="4B4EF973" w:rsidR="00D737E3" w:rsidRDefault="00D737E3" w:rsidP="00D737E3">
            <w:pPr>
              <w:spacing w:before="80"/>
              <w:rPr>
                <w:rFonts w:ascii="Times New Roman" w:hAnsi="Times New Roman" w:cs="Times New Roman"/>
              </w:rPr>
            </w:pPr>
            <w:r>
              <w:rPr>
                <w:rFonts w:ascii="Times New Roman" w:hAnsi="Times New Roman" w:cs="Times New Roman"/>
              </w:rPr>
              <w:t>2</w:t>
            </w:r>
          </w:p>
        </w:tc>
        <w:tc>
          <w:tcPr>
            <w:tcW w:w="7709" w:type="dxa"/>
            <w:vAlign w:val="center"/>
          </w:tcPr>
          <w:p w14:paraId="4C1BB185" w14:textId="1C05FCAE"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Recent passport-size photograph</w:t>
            </w:r>
          </w:p>
        </w:tc>
        <w:tc>
          <w:tcPr>
            <w:tcW w:w="561" w:type="dxa"/>
          </w:tcPr>
          <w:p w14:paraId="44D5A662" w14:textId="0E66F011"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102221C5" w14:textId="535CE321" w:rsidTr="00D737E3">
        <w:tc>
          <w:tcPr>
            <w:tcW w:w="396" w:type="dxa"/>
            <w:vAlign w:val="center"/>
          </w:tcPr>
          <w:p w14:paraId="14DA3F6F" w14:textId="2FC481A0" w:rsidR="00D737E3" w:rsidRDefault="00D737E3" w:rsidP="00D737E3">
            <w:pPr>
              <w:spacing w:before="80"/>
              <w:rPr>
                <w:rFonts w:ascii="Times New Roman" w:hAnsi="Times New Roman" w:cs="Times New Roman"/>
              </w:rPr>
            </w:pPr>
            <w:r>
              <w:rPr>
                <w:rFonts w:ascii="Times New Roman" w:hAnsi="Times New Roman" w:cs="Times New Roman"/>
              </w:rPr>
              <w:t>3</w:t>
            </w:r>
          </w:p>
        </w:tc>
        <w:tc>
          <w:tcPr>
            <w:tcW w:w="7709" w:type="dxa"/>
            <w:vAlign w:val="center"/>
          </w:tcPr>
          <w:p w14:paraId="4F306F14" w14:textId="5D9BBDA3"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Self-attested proof of date of birth</w:t>
            </w:r>
          </w:p>
        </w:tc>
        <w:tc>
          <w:tcPr>
            <w:tcW w:w="561" w:type="dxa"/>
          </w:tcPr>
          <w:p w14:paraId="2D82478D" w14:textId="1E1483BC"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122514D3" w14:textId="79FFA889" w:rsidTr="00D737E3">
        <w:tc>
          <w:tcPr>
            <w:tcW w:w="396" w:type="dxa"/>
            <w:vAlign w:val="center"/>
          </w:tcPr>
          <w:p w14:paraId="08762B55" w14:textId="20ADB097" w:rsidR="00D737E3" w:rsidRDefault="00D737E3" w:rsidP="00D737E3">
            <w:pPr>
              <w:spacing w:before="80"/>
              <w:rPr>
                <w:rFonts w:ascii="Times New Roman" w:hAnsi="Times New Roman" w:cs="Times New Roman"/>
              </w:rPr>
            </w:pPr>
            <w:r>
              <w:rPr>
                <w:rFonts w:ascii="Times New Roman" w:hAnsi="Times New Roman" w:cs="Times New Roman"/>
              </w:rPr>
              <w:t>4</w:t>
            </w:r>
          </w:p>
        </w:tc>
        <w:tc>
          <w:tcPr>
            <w:tcW w:w="7709" w:type="dxa"/>
            <w:vAlign w:val="center"/>
          </w:tcPr>
          <w:p w14:paraId="306AF426" w14:textId="62B290B7"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Self-attested SSC/10th and/or HSC/12th certificate and mark sheet</w:t>
            </w:r>
          </w:p>
        </w:tc>
        <w:tc>
          <w:tcPr>
            <w:tcW w:w="561" w:type="dxa"/>
          </w:tcPr>
          <w:p w14:paraId="5FF19870" w14:textId="140E88AF"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610E694D" w14:textId="5271E684" w:rsidTr="00D737E3">
        <w:tc>
          <w:tcPr>
            <w:tcW w:w="396" w:type="dxa"/>
            <w:vAlign w:val="center"/>
          </w:tcPr>
          <w:p w14:paraId="339C8CEA" w14:textId="425C660D" w:rsidR="00D737E3" w:rsidRDefault="00D737E3" w:rsidP="00D737E3">
            <w:pPr>
              <w:spacing w:before="80"/>
              <w:rPr>
                <w:rFonts w:ascii="Times New Roman" w:hAnsi="Times New Roman" w:cs="Times New Roman"/>
              </w:rPr>
            </w:pPr>
            <w:r>
              <w:rPr>
                <w:rFonts w:ascii="Times New Roman" w:hAnsi="Times New Roman" w:cs="Times New Roman"/>
              </w:rPr>
              <w:t>5</w:t>
            </w:r>
          </w:p>
        </w:tc>
        <w:tc>
          <w:tcPr>
            <w:tcW w:w="7709" w:type="dxa"/>
            <w:vAlign w:val="center"/>
          </w:tcPr>
          <w:p w14:paraId="2266E93C" w14:textId="59D32BDA"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Self-attested ITI/Trade Certificate and mark sheets/certificate showing trade and duration</w:t>
            </w:r>
          </w:p>
        </w:tc>
        <w:tc>
          <w:tcPr>
            <w:tcW w:w="561" w:type="dxa"/>
          </w:tcPr>
          <w:p w14:paraId="76A52A05" w14:textId="0C9E5CB2"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3114A309" w14:textId="3949FA60" w:rsidTr="00D737E3">
        <w:tc>
          <w:tcPr>
            <w:tcW w:w="396" w:type="dxa"/>
            <w:vAlign w:val="center"/>
          </w:tcPr>
          <w:p w14:paraId="00EAAC42" w14:textId="6DC3C85A" w:rsidR="00D737E3" w:rsidRDefault="00D737E3" w:rsidP="00D737E3">
            <w:pPr>
              <w:spacing w:before="80"/>
              <w:rPr>
                <w:rFonts w:ascii="Times New Roman" w:hAnsi="Times New Roman" w:cs="Times New Roman"/>
              </w:rPr>
            </w:pPr>
            <w:r>
              <w:rPr>
                <w:rFonts w:ascii="Times New Roman" w:hAnsi="Times New Roman" w:cs="Times New Roman"/>
              </w:rPr>
              <w:t>6</w:t>
            </w:r>
          </w:p>
        </w:tc>
        <w:tc>
          <w:tcPr>
            <w:tcW w:w="7709" w:type="dxa"/>
            <w:vAlign w:val="center"/>
          </w:tcPr>
          <w:p w14:paraId="18452E79" w14:textId="225F991E"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Self-attested experience certificates clearly showing dates and nature of work</w:t>
            </w:r>
          </w:p>
        </w:tc>
        <w:tc>
          <w:tcPr>
            <w:tcW w:w="561" w:type="dxa"/>
          </w:tcPr>
          <w:p w14:paraId="661718C1" w14:textId="3256D834"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2B7CCEA1" w14:textId="1F1D82D3" w:rsidTr="00D737E3">
        <w:tc>
          <w:tcPr>
            <w:tcW w:w="396" w:type="dxa"/>
            <w:vAlign w:val="center"/>
          </w:tcPr>
          <w:p w14:paraId="7FBF6A41" w14:textId="0AEA176A" w:rsidR="00D737E3" w:rsidRDefault="00D737E3" w:rsidP="00D737E3">
            <w:pPr>
              <w:spacing w:before="80"/>
              <w:rPr>
                <w:rFonts w:ascii="Times New Roman" w:hAnsi="Times New Roman" w:cs="Times New Roman"/>
              </w:rPr>
            </w:pPr>
            <w:r>
              <w:rPr>
                <w:rFonts w:ascii="Times New Roman" w:hAnsi="Times New Roman" w:cs="Times New Roman"/>
              </w:rPr>
              <w:t>7</w:t>
            </w:r>
          </w:p>
        </w:tc>
        <w:tc>
          <w:tcPr>
            <w:tcW w:w="7709" w:type="dxa"/>
            <w:vAlign w:val="center"/>
          </w:tcPr>
          <w:p w14:paraId="07E65CA5" w14:textId="53C9097E"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Category/EWS/OBC-NCL/</w:t>
            </w:r>
            <w:proofErr w:type="spellStart"/>
            <w:r w:rsidRPr="00D737E3">
              <w:rPr>
                <w:rFonts w:ascii="Times New Roman" w:hAnsi="Times New Roman" w:cs="Times New Roman"/>
                <w:sz w:val="24"/>
                <w:szCs w:val="24"/>
              </w:rPr>
              <w:t>PwBD</w:t>
            </w:r>
            <w:proofErr w:type="spellEnd"/>
            <w:r w:rsidRPr="00D737E3">
              <w:rPr>
                <w:rFonts w:ascii="Times New Roman" w:hAnsi="Times New Roman" w:cs="Times New Roman"/>
                <w:sz w:val="24"/>
                <w:szCs w:val="24"/>
              </w:rPr>
              <w:t xml:space="preserve"> certificate, where applicable</w:t>
            </w:r>
          </w:p>
        </w:tc>
        <w:tc>
          <w:tcPr>
            <w:tcW w:w="561" w:type="dxa"/>
          </w:tcPr>
          <w:p w14:paraId="4A30A2E8" w14:textId="48B11DEE"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0D2596DE" w14:textId="46E67858" w:rsidTr="00D737E3">
        <w:tc>
          <w:tcPr>
            <w:tcW w:w="396" w:type="dxa"/>
            <w:vAlign w:val="center"/>
          </w:tcPr>
          <w:p w14:paraId="6E0FC22A" w14:textId="5190F494" w:rsidR="00D737E3" w:rsidRDefault="00D737E3" w:rsidP="00D737E3">
            <w:pPr>
              <w:spacing w:before="80"/>
              <w:rPr>
                <w:rFonts w:ascii="Times New Roman" w:hAnsi="Times New Roman" w:cs="Times New Roman"/>
              </w:rPr>
            </w:pPr>
            <w:r>
              <w:rPr>
                <w:rFonts w:ascii="Times New Roman" w:hAnsi="Times New Roman" w:cs="Times New Roman"/>
              </w:rPr>
              <w:t>8</w:t>
            </w:r>
          </w:p>
        </w:tc>
        <w:tc>
          <w:tcPr>
            <w:tcW w:w="7709" w:type="dxa"/>
            <w:vAlign w:val="center"/>
          </w:tcPr>
          <w:p w14:paraId="15BCF592" w14:textId="02C5689C"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Lineman (MV) certificate/</w:t>
            </w:r>
            <w:r w:rsidR="00625773" w:rsidRPr="00D737E3">
              <w:rPr>
                <w:rFonts w:ascii="Times New Roman" w:hAnsi="Times New Roman" w:cs="Times New Roman"/>
                <w:sz w:val="24"/>
                <w:szCs w:val="24"/>
              </w:rPr>
              <w:t>license</w:t>
            </w:r>
            <w:r w:rsidRPr="00D737E3">
              <w:rPr>
                <w:rFonts w:ascii="Times New Roman" w:hAnsi="Times New Roman" w:cs="Times New Roman"/>
                <w:sz w:val="24"/>
                <w:szCs w:val="24"/>
              </w:rPr>
              <w:t>, where applicable</w:t>
            </w:r>
          </w:p>
        </w:tc>
        <w:tc>
          <w:tcPr>
            <w:tcW w:w="561" w:type="dxa"/>
          </w:tcPr>
          <w:p w14:paraId="12A3AE8C" w14:textId="4DD60189"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628E0934" w14:textId="2C6BFDE3" w:rsidTr="00D737E3">
        <w:tc>
          <w:tcPr>
            <w:tcW w:w="396" w:type="dxa"/>
            <w:vAlign w:val="center"/>
          </w:tcPr>
          <w:p w14:paraId="2BF8A9D0" w14:textId="651BF372" w:rsidR="00D737E3" w:rsidRDefault="00D737E3" w:rsidP="00D737E3">
            <w:pPr>
              <w:spacing w:before="80"/>
              <w:rPr>
                <w:rFonts w:ascii="Times New Roman" w:hAnsi="Times New Roman" w:cs="Times New Roman"/>
              </w:rPr>
            </w:pPr>
            <w:r>
              <w:rPr>
                <w:rFonts w:ascii="Times New Roman" w:hAnsi="Times New Roman" w:cs="Times New Roman"/>
              </w:rPr>
              <w:t>9</w:t>
            </w:r>
          </w:p>
        </w:tc>
        <w:tc>
          <w:tcPr>
            <w:tcW w:w="7709" w:type="dxa"/>
            <w:vAlign w:val="center"/>
          </w:tcPr>
          <w:p w14:paraId="32222263" w14:textId="471362D6"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NOC/forwarding letter from employer, where applicable</w:t>
            </w:r>
          </w:p>
        </w:tc>
        <w:tc>
          <w:tcPr>
            <w:tcW w:w="561" w:type="dxa"/>
          </w:tcPr>
          <w:p w14:paraId="45F7BCD0" w14:textId="2605C8F3"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r w:rsidR="00D737E3" w14:paraId="5B0D4D7D" w14:textId="4C135F1D" w:rsidTr="00D737E3">
        <w:tc>
          <w:tcPr>
            <w:tcW w:w="396" w:type="dxa"/>
            <w:vAlign w:val="center"/>
          </w:tcPr>
          <w:p w14:paraId="77F856DE" w14:textId="3AA937B0" w:rsidR="00D737E3" w:rsidRDefault="00D737E3" w:rsidP="00D737E3">
            <w:pPr>
              <w:spacing w:before="80"/>
              <w:rPr>
                <w:rFonts w:ascii="Times New Roman" w:hAnsi="Times New Roman" w:cs="Times New Roman"/>
              </w:rPr>
            </w:pPr>
            <w:r>
              <w:rPr>
                <w:rFonts w:ascii="Times New Roman" w:hAnsi="Times New Roman" w:cs="Times New Roman"/>
              </w:rPr>
              <w:t>10</w:t>
            </w:r>
          </w:p>
        </w:tc>
        <w:tc>
          <w:tcPr>
            <w:tcW w:w="7709" w:type="dxa"/>
            <w:vAlign w:val="center"/>
          </w:tcPr>
          <w:p w14:paraId="0C9C1639" w14:textId="60697D13" w:rsidR="00D737E3" w:rsidRPr="00D737E3" w:rsidRDefault="00D737E3" w:rsidP="00D737E3">
            <w:pPr>
              <w:spacing w:before="80"/>
              <w:rPr>
                <w:rFonts w:ascii="Times New Roman" w:hAnsi="Times New Roman" w:cs="Times New Roman"/>
                <w:sz w:val="24"/>
                <w:szCs w:val="24"/>
              </w:rPr>
            </w:pPr>
            <w:r w:rsidRPr="00D737E3">
              <w:rPr>
                <w:rFonts w:ascii="Times New Roman" w:hAnsi="Times New Roman" w:cs="Times New Roman"/>
                <w:sz w:val="24"/>
                <w:szCs w:val="24"/>
              </w:rPr>
              <w:t>Any other</w:t>
            </w:r>
            <w:r w:rsidRPr="00D737E3">
              <w:rPr>
                <w:rFonts w:ascii="Segoe UI Symbol" w:hAnsi="Segoe UI Symbol" w:cs="Segoe UI Symbol"/>
                <w:sz w:val="24"/>
                <w:szCs w:val="24"/>
              </w:rPr>
              <w:t xml:space="preserve"> </w:t>
            </w:r>
            <w:r w:rsidRPr="00D737E3">
              <w:rPr>
                <w:rFonts w:ascii="Times New Roman" w:hAnsi="Times New Roman" w:cs="Times New Roman"/>
                <w:sz w:val="24"/>
                <w:szCs w:val="24"/>
              </w:rPr>
              <w:t>supporting documents relevant to the application</w:t>
            </w:r>
          </w:p>
        </w:tc>
        <w:tc>
          <w:tcPr>
            <w:tcW w:w="561" w:type="dxa"/>
          </w:tcPr>
          <w:p w14:paraId="1E34B66D" w14:textId="46FAE67F" w:rsidR="00D737E3" w:rsidRPr="00D737E3" w:rsidRDefault="00D737E3" w:rsidP="00D737E3">
            <w:pPr>
              <w:spacing w:before="80"/>
              <w:rPr>
                <w:rFonts w:ascii="Times New Roman" w:hAnsi="Times New Roman" w:cs="Times New Roman"/>
                <w:sz w:val="40"/>
                <w:szCs w:val="52"/>
              </w:rPr>
            </w:pPr>
            <w:r w:rsidRPr="00D737E3">
              <w:rPr>
                <w:rFonts w:ascii="Segoe UI Symbol" w:hAnsi="Segoe UI Symbol" w:cs="Segoe UI Symbol"/>
                <w:sz w:val="40"/>
                <w:szCs w:val="52"/>
              </w:rPr>
              <w:t>☐</w:t>
            </w:r>
          </w:p>
        </w:tc>
      </w:tr>
    </w:tbl>
    <w:p w14:paraId="77300D2E" w14:textId="64C01340" w:rsidR="00EF48F9" w:rsidRPr="00160FA2" w:rsidRDefault="00EF48F9" w:rsidP="00311748">
      <w:pPr>
        <w:tabs>
          <w:tab w:val="left" w:pos="2790"/>
        </w:tabs>
        <w:rPr>
          <w:rFonts w:ascii="Times New Roman" w:hAnsi="Times New Roman" w:cs="Times New Roman"/>
        </w:rPr>
      </w:pPr>
    </w:p>
    <w:sectPr w:rsidR="00EF48F9" w:rsidRPr="00160FA2" w:rsidSect="00034616">
      <w:footerReference w:type="default" r:id="rId9"/>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FEE7C0" w14:textId="77777777" w:rsidR="0093371C" w:rsidRDefault="0093371C" w:rsidP="00106951">
      <w:pPr>
        <w:spacing w:after="0" w:line="240" w:lineRule="auto"/>
      </w:pPr>
      <w:r>
        <w:separator/>
      </w:r>
    </w:p>
  </w:endnote>
  <w:endnote w:type="continuationSeparator" w:id="0">
    <w:p w14:paraId="4C15BEE4" w14:textId="77777777" w:rsidR="0093371C" w:rsidRDefault="0093371C" w:rsidP="00106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2785416"/>
      <w:docPartObj>
        <w:docPartGallery w:val="Page Numbers (Bottom of Page)"/>
        <w:docPartUnique/>
      </w:docPartObj>
    </w:sdtPr>
    <w:sdtEndPr/>
    <w:sdtContent>
      <w:sdt>
        <w:sdtPr>
          <w:id w:val="-1769616900"/>
          <w:docPartObj>
            <w:docPartGallery w:val="Page Numbers (Top of Page)"/>
            <w:docPartUnique/>
          </w:docPartObj>
        </w:sdtPr>
        <w:sdtEndPr/>
        <w:sdtContent>
          <w:p w14:paraId="5C99B89E" w14:textId="5D50346F" w:rsidR="00106951" w:rsidRDefault="0010695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C1BAB">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C1BAB">
              <w:rPr>
                <w:b/>
                <w:bCs/>
                <w:noProof/>
              </w:rPr>
              <w:t>3</w:t>
            </w:r>
            <w:r>
              <w:rPr>
                <w:b/>
                <w:bCs/>
                <w:sz w:val="24"/>
                <w:szCs w:val="24"/>
              </w:rPr>
              <w:fldChar w:fldCharType="end"/>
            </w:r>
          </w:p>
        </w:sdtContent>
      </w:sdt>
    </w:sdtContent>
  </w:sdt>
  <w:p w14:paraId="120DB6E7" w14:textId="77777777" w:rsidR="00106951" w:rsidRDefault="001069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5E1A4" w14:textId="77777777" w:rsidR="0093371C" w:rsidRDefault="0093371C" w:rsidP="00106951">
      <w:pPr>
        <w:spacing w:after="0" w:line="240" w:lineRule="auto"/>
      </w:pPr>
      <w:r>
        <w:separator/>
      </w:r>
    </w:p>
  </w:footnote>
  <w:footnote w:type="continuationSeparator" w:id="0">
    <w:p w14:paraId="04375DE6" w14:textId="77777777" w:rsidR="0093371C" w:rsidRDefault="0093371C" w:rsidP="001069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6951"/>
    <w:rsid w:val="0015074B"/>
    <w:rsid w:val="00160FA2"/>
    <w:rsid w:val="001C64F3"/>
    <w:rsid w:val="001E0A6D"/>
    <w:rsid w:val="002326B4"/>
    <w:rsid w:val="0029639D"/>
    <w:rsid w:val="002C1BAB"/>
    <w:rsid w:val="00311748"/>
    <w:rsid w:val="00326F90"/>
    <w:rsid w:val="0055772B"/>
    <w:rsid w:val="005C2B9B"/>
    <w:rsid w:val="00625773"/>
    <w:rsid w:val="008A3F0C"/>
    <w:rsid w:val="008C0F00"/>
    <w:rsid w:val="0093371C"/>
    <w:rsid w:val="00A131A0"/>
    <w:rsid w:val="00AA1D8D"/>
    <w:rsid w:val="00B0342A"/>
    <w:rsid w:val="00B47730"/>
    <w:rsid w:val="00BA1D57"/>
    <w:rsid w:val="00CA79C6"/>
    <w:rsid w:val="00CB0664"/>
    <w:rsid w:val="00D737E3"/>
    <w:rsid w:val="00EF48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B652A2"/>
  <w14:defaultImageDpi w14:val="300"/>
  <w15:docId w15:val="{7DF5524B-0E8C-A14F-9C9B-7F5BB17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4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C2B9B"/>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C2B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BD1E5-E193-4F85-92A7-A97CADEC5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BAS</cp:lastModifiedBy>
  <cp:revision>13</cp:revision>
  <cp:lastPrinted>2026-09-29T10:33:00Z</cp:lastPrinted>
  <dcterms:created xsi:type="dcterms:W3CDTF">2026-09-26T08:58:00Z</dcterms:created>
  <dcterms:modified xsi:type="dcterms:W3CDTF">2026-10-01T06:17:00Z</dcterms:modified>
  <cp:category/>
</cp:coreProperties>
</file>